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קיצורי מקלדת – קיצור קטן, חיסכון גדול ⌨️</w:t>
            </w:r>
          </w:p>
          <w:p>
            <w:pPr>
              <w:bidi/>
              <w:jc w:val="right"/>
            </w:pPr>
            <w:r>
              <w:rPr>
                <w:rFonts w:ascii="Arial" w:hAnsi="Arial" w:cs="Arial" w:eastAsia="Arial"/>
                <w:lang w:val="he-IL" w:bidi="he-IL"/>
                <w:b/>
                <w:color w:val="3C1361"/>
                <w:sz w:val="32"/>
                <w:rtl/>
                <w:szCs w:val="32"/>
                <w:bCs/>
              </w:rPr>
              <w:t>חוברת תרגול – קיצורי מקלדת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ולזהות את קיצורי המקלדת הנפוצים בעבודה עם קבצים וטקסט</w:t>
      </w:r>
    </w:p>
    <w:p>
      <w:pPr>
        <w:bidi/>
        <w:spacing w:after="80"/>
        <w:jc w:val="right"/>
      </w:pPr>
      <w:r>
        <w:rPr>
          <w:rFonts w:ascii="Arial" w:hAnsi="Arial" w:cs="Arial" w:eastAsia="Arial"/>
          <w:lang w:val="he-IL" w:bidi="he-IL"/>
          <w:sz w:val="22"/>
          <w:rtl/>
          <w:szCs w:val="22"/>
        </w:rPr>
        <w:t>• לדעת מתי ואיך להשתמש בקיצורי עיצוב טקסט וניווט בין חלונות</w:t>
      </w:r>
    </w:p>
    <w:p>
      <w:pPr>
        <w:bidi/>
        <w:spacing w:after="80"/>
        <w:jc w:val="right"/>
      </w:pPr>
      <w:r>
        <w:rPr>
          <w:rFonts w:ascii="Arial" w:hAnsi="Arial" w:cs="Arial" w:eastAsia="Arial"/>
          <w:lang w:val="he-IL" w:bidi="he-IL"/>
          <w:sz w:val="22"/>
          <w:rtl/>
          <w:szCs w:val="22"/>
        </w:rPr>
        <w:t>• להתנסות בהקלדת ניקוד עברי באמצעות מקשי Alt ימני</w:t>
      </w:r>
    </w:p>
    <w:p>
      <w:pPr>
        <w:bidi/>
        <w:spacing w:after="80"/>
        <w:jc w:val="right"/>
      </w:pPr>
      <w:r>
        <w:rPr>
          <w:rFonts w:ascii="Arial" w:hAnsi="Arial" w:cs="Arial" w:eastAsia="Arial"/>
          <w:lang w:val="he-IL" w:bidi="he-IL"/>
          <w:sz w:val="22"/>
          <w:rtl/>
          <w:szCs w:val="22"/>
        </w:rPr>
        <w:t>• לתרגל שליפה מהירה של קיצורים דרך משימות דמויות-משחק על הנייר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קיצורי קבצים ועריכה – זיהוי קיצורים בסיסיים</w:t>
      </w:r>
    </w:p>
    <w:p>
      <w:pPr>
        <w:bidi/>
        <w:spacing w:after="40"/>
        <w:jc w:val="right"/>
      </w:pPr>
      <w:r>
        <w:rPr>
          <w:rFonts w:ascii="Arial" w:hAnsi="Arial" w:cs="Arial" w:eastAsia="Arial"/>
          <w:lang w:val="he-IL" w:bidi="he-IL"/>
          <w:sz w:val="22"/>
          <w:rtl/>
          <w:szCs w:val="22"/>
        </w:rPr>
        <w:t>1. ב – Ctrl+C</w:t>
      </w:r>
    </w:p>
    <w:p>
      <w:pPr>
        <w:bidi/>
        <w:spacing w:after="40"/>
        <w:jc w:val="right"/>
      </w:pPr>
      <w:r>
        <w:rPr>
          <w:rFonts w:ascii="Arial" w:hAnsi="Arial" w:cs="Arial" w:eastAsia="Arial"/>
          <w:lang w:val="he-IL" w:bidi="he-IL"/>
          <w:sz w:val="22"/>
          <w:rtl/>
          <w:szCs w:val="22"/>
        </w:rPr>
        <w:t>2. א – Ctrl+V</w:t>
      </w:r>
    </w:p>
    <w:p>
      <w:pPr>
        <w:bidi/>
        <w:spacing w:after="40"/>
        <w:jc w:val="right"/>
      </w:pPr>
      <w:r>
        <w:rPr>
          <w:rFonts w:ascii="Arial" w:hAnsi="Arial" w:cs="Arial" w:eastAsia="Arial"/>
          <w:lang w:val="he-IL" w:bidi="he-IL"/>
          <w:sz w:val="22"/>
          <w:rtl/>
          <w:szCs w:val="22"/>
        </w:rPr>
        <w:t>3. ב – Ctrl+Z</w:t>
      </w:r>
    </w:p>
    <w:p>
      <w:pPr>
        <w:bidi/>
        <w:pStyle w:val="Heading3"/>
        <w:spacing w:after="80"/>
        <w:jc w:val="right"/>
      </w:pPr>
      <w:r>
        <w:rPr>
          <w:rFonts w:ascii="Arial" w:hAnsi="Arial" w:cs="Arial" w:eastAsia="Arial"/>
          <w:lang w:val="he-IL" w:bidi="he-IL"/>
          <w:b/>
          <w:color w:val="DD6B20"/>
          <w:sz w:val="26"/>
          <w:rtl/>
          <w:szCs w:val="26"/>
          <w:bCs/>
        </w:rPr>
        <w:t>חלק ב׳ – פרק 1 · קיצורי קבצים ועריכה – התאמה ונכון/לא נכון</w:t>
      </w:r>
    </w:p>
    <w:p>
      <w:pPr>
        <w:bidi/>
        <w:spacing w:after="40"/>
        <w:jc w:val="right"/>
      </w:pPr>
      <w:r>
        <w:rPr>
          <w:rFonts w:ascii="Arial" w:hAnsi="Arial" w:cs="Arial" w:eastAsia="Arial"/>
          <w:lang w:val="he-IL" w:bidi="he-IL"/>
          <w:sz w:val="22"/>
          <w:rtl/>
          <w:szCs w:val="22"/>
        </w:rPr>
        <w:t>1 – ד (גזירה)</w:t>
      </w:r>
    </w:p>
    <w:p>
      <w:pPr>
        <w:bidi/>
        <w:spacing w:after="40"/>
        <w:jc w:val="right"/>
      </w:pPr>
      <w:r>
        <w:rPr>
          <w:rFonts w:ascii="Arial" w:hAnsi="Arial" w:cs="Arial" w:eastAsia="Arial"/>
          <w:lang w:val="he-IL" w:bidi="he-IL"/>
          <w:sz w:val="22"/>
          <w:rtl/>
          <w:szCs w:val="22"/>
        </w:rPr>
        <w:t>2 – ג (בחירת הכול)</w:t>
      </w:r>
    </w:p>
    <w:p>
      <w:pPr>
        <w:bidi/>
        <w:spacing w:after="40"/>
        <w:jc w:val="right"/>
      </w:pPr>
      <w:r>
        <w:rPr>
          <w:rFonts w:ascii="Arial" w:hAnsi="Arial" w:cs="Arial" w:eastAsia="Arial"/>
          <w:lang w:val="he-IL" w:bidi="he-IL"/>
          <w:sz w:val="22"/>
          <w:rtl/>
          <w:szCs w:val="22"/>
        </w:rPr>
        <w:t>3 – א (פתיחת קובץ)</w:t>
      </w:r>
    </w:p>
    <w:p>
      <w:pPr>
        <w:bidi/>
        <w:spacing w:after="40"/>
        <w:jc w:val="right"/>
      </w:pPr>
      <w:r>
        <w:rPr>
          <w:rFonts w:ascii="Arial" w:hAnsi="Arial" w:cs="Arial" w:eastAsia="Arial"/>
          <w:lang w:val="he-IL" w:bidi="he-IL"/>
          <w:sz w:val="22"/>
          <w:rtl/>
          <w:szCs w:val="22"/>
        </w:rPr>
        <w:t>4 – ב (קובץ חדש)</w:t>
      </w:r>
    </w:p>
    <w:p>
      <w:pPr>
        <w:bidi/>
        <w:pStyle w:val="Heading3"/>
        <w:spacing w:after="80"/>
        <w:jc w:val="right"/>
      </w:pPr>
      <w:r>
        <w:rPr>
          <w:rFonts w:ascii="Arial" w:hAnsi="Arial" w:cs="Arial" w:eastAsia="Arial"/>
          <w:lang w:val="he-IL" w:bidi="he-IL"/>
          <w:b/>
          <w:color w:val="3182CE"/>
          <w:sz w:val="26"/>
          <w:rtl/>
          <w:szCs w:val="26"/>
          <w:bCs/>
        </w:rPr>
        <w:t>חלק ג׳ – פרק 1 · קיצורי קבצים ועריכה – נכון או לא נכון</w:t>
      </w:r>
    </w:p>
    <w:p>
      <w:pPr>
        <w:bidi/>
        <w:spacing w:after="40"/>
        <w:jc w:val="right"/>
      </w:pPr>
      <w:r>
        <w:rPr>
          <w:rFonts w:ascii="Arial" w:hAnsi="Arial" w:cs="Arial" w:eastAsia="Arial"/>
          <w:lang w:val="he-IL" w:bidi="he-IL"/>
          <w:sz w:val="22"/>
          <w:rtl/>
          <w:szCs w:val="22"/>
        </w:rPr>
        <w:t>1. נכון – Ctrl+Y הוא ביצוע חוזר (Redo)</w:t>
      </w:r>
    </w:p>
    <w:p>
      <w:pPr>
        <w:bidi/>
        <w:spacing w:after="40"/>
        <w:jc w:val="right"/>
      </w:pPr>
      <w:r>
        <w:rPr>
          <w:rFonts w:ascii="Arial" w:hAnsi="Arial" w:cs="Arial" w:eastAsia="Arial"/>
          <w:lang w:val="he-IL" w:bidi="he-IL"/>
          <w:sz w:val="22"/>
          <w:rtl/>
          <w:szCs w:val="22"/>
        </w:rPr>
        <w:t>2. לא נכון – Ctrl+X הוא גזירה – הטקסט מוסר מהמקור, זו ההבדל מהעתקה</w:t>
      </w:r>
    </w:p>
    <w:p>
      <w:pPr>
        <w:bidi/>
        <w:pStyle w:val="Heading3"/>
        <w:spacing w:after="80"/>
        <w:jc w:val="right"/>
      </w:pPr>
      <w:r>
        <w:rPr>
          <w:rFonts w:ascii="Arial" w:hAnsi="Arial" w:cs="Arial" w:eastAsia="Arial"/>
          <w:lang w:val="he-IL" w:bidi="he-IL"/>
          <w:b/>
          <w:color w:val="38A169"/>
          <w:sz w:val="26"/>
          <w:rtl/>
          <w:szCs w:val="26"/>
          <w:bCs/>
        </w:rPr>
        <w:t>חלק ד׳ – פרק 1 · קיצורי קבצים ועריכה – יישום וחשיבה</w:t>
      </w:r>
    </w:p>
    <w:p>
      <w:pPr>
        <w:bidi/>
        <w:pStyle w:val="Heading3"/>
        <w:spacing w:after="80"/>
        <w:jc w:val="right"/>
      </w:pPr>
      <w:r>
        <w:rPr>
          <w:rFonts w:ascii="Arial" w:hAnsi="Arial" w:cs="Arial" w:eastAsia="Arial"/>
          <w:lang w:val="he-IL" w:bidi="he-IL"/>
          <w:b/>
          <w:color w:val="805AD5"/>
          <w:sz w:val="26"/>
          <w:rtl/>
          <w:szCs w:val="26"/>
          <w:bCs/>
        </w:rPr>
        <w:t>חלק ה׳ – פרק 2 · עיצוב טקסט – היכרות עם הקיצורים</w:t>
      </w:r>
    </w:p>
    <w:p>
      <w:pPr>
        <w:bidi/>
        <w:spacing w:after="40"/>
        <w:jc w:val="right"/>
      </w:pPr>
      <w:r>
        <w:rPr>
          <w:rFonts w:ascii="Arial" w:hAnsi="Arial" w:cs="Arial" w:eastAsia="Arial"/>
          <w:lang w:val="he-IL" w:bidi="he-IL"/>
          <w:sz w:val="22"/>
          <w:rtl/>
          <w:szCs w:val="22"/>
        </w:rPr>
        <w:t>1. א – Ctrl+B</w:t>
      </w:r>
    </w:p>
    <w:p>
      <w:pPr>
        <w:bidi/>
        <w:spacing w:after="40"/>
        <w:jc w:val="right"/>
      </w:pPr>
      <w:r>
        <w:rPr>
          <w:rFonts w:ascii="Arial" w:hAnsi="Arial" w:cs="Arial" w:eastAsia="Arial"/>
          <w:lang w:val="he-IL" w:bidi="he-IL"/>
          <w:sz w:val="22"/>
          <w:rtl/>
          <w:szCs w:val="22"/>
        </w:rPr>
        <w:t>2. ב – Ctrl+I</w:t>
      </w:r>
    </w:p>
    <w:p>
      <w:pPr>
        <w:bidi/>
        <w:pStyle w:val="Heading3"/>
        <w:spacing w:after="80"/>
        <w:jc w:val="right"/>
      </w:pPr>
      <w:r>
        <w:rPr>
          <w:rFonts w:ascii="Arial" w:hAnsi="Arial" w:cs="Arial" w:eastAsia="Arial"/>
          <w:lang w:val="he-IL" w:bidi="he-IL"/>
          <w:b/>
          <w:color w:val="D53F8C"/>
          <w:sz w:val="26"/>
          <w:rtl/>
          <w:szCs w:val="26"/>
          <w:bCs/>
        </w:rPr>
        <w:t>חלק ו׳ – פרק 2 · עיצוב טקסט – השלמה והתאמה</w:t>
      </w:r>
    </w:p>
    <w:p>
      <w:pPr>
        <w:bidi/>
        <w:spacing w:after="40"/>
        <w:jc w:val="right"/>
      </w:pPr>
      <w:r>
        <w:rPr>
          <w:rFonts w:ascii="Arial" w:hAnsi="Arial" w:cs="Arial" w:eastAsia="Arial"/>
          <w:lang w:val="he-IL" w:bidi="he-IL"/>
          <w:sz w:val="22"/>
          <w:rtl/>
          <w:szCs w:val="22"/>
        </w:rPr>
        <w:t>1. Ctrl+E</w:t>
      </w:r>
    </w:p>
    <w:p>
      <w:pPr>
        <w:bidi/>
        <w:spacing w:after="40"/>
        <w:jc w:val="right"/>
      </w:pPr>
      <w:r>
        <w:rPr>
          <w:rFonts w:ascii="Arial" w:hAnsi="Arial" w:cs="Arial" w:eastAsia="Arial"/>
          <w:lang w:val="he-IL" w:bidi="he-IL"/>
          <w:sz w:val="22"/>
          <w:rtl/>
          <w:szCs w:val="22"/>
        </w:rPr>
        <w:t>2. ימין</w:t>
      </w:r>
    </w:p>
    <w:p>
      <w:pPr>
        <w:bidi/>
        <w:pStyle w:val="Heading3"/>
        <w:spacing w:after="80"/>
        <w:jc w:val="right"/>
      </w:pPr>
      <w:r>
        <w:rPr>
          <w:rFonts w:ascii="Arial" w:hAnsi="Arial" w:cs="Arial" w:eastAsia="Arial"/>
          <w:lang w:val="he-IL" w:bidi="he-IL"/>
          <w:b/>
          <w:color w:val="E53E3E"/>
          <w:sz w:val="26"/>
          <w:rtl/>
          <w:szCs w:val="26"/>
          <w:bCs/>
        </w:rPr>
        <w:t>חלק ז׳ – פרק 2 · עיצוב טקסט – נכון או לא נכון</w:t>
      </w:r>
    </w:p>
    <w:p>
      <w:pPr>
        <w:bidi/>
        <w:spacing w:after="40"/>
        <w:jc w:val="right"/>
      </w:pPr>
      <w:r>
        <w:rPr>
          <w:rFonts w:ascii="Arial" w:hAnsi="Arial" w:cs="Arial" w:eastAsia="Arial"/>
          <w:lang w:val="he-IL" w:bidi="he-IL"/>
          <w:sz w:val="22"/>
          <w:rtl/>
          <w:szCs w:val="22"/>
        </w:rPr>
        <w:t>1. נכון – בדפדפן אותו קיצור מרענן את הדף, לא מיישר</w:t>
      </w:r>
    </w:p>
    <w:p>
      <w:pPr>
        <w:bidi/>
        <w:spacing w:after="40"/>
        <w:jc w:val="right"/>
      </w:pPr>
      <w:r>
        <w:rPr>
          <w:rFonts w:ascii="Arial" w:hAnsi="Arial" w:cs="Arial" w:eastAsia="Arial"/>
          <w:lang w:val="he-IL" w:bidi="he-IL"/>
          <w:sz w:val="22"/>
          <w:rtl/>
          <w:szCs w:val="22"/>
        </w:rPr>
        <w:t>2. לא נכון – בדפדפן הקיצור קופץ לשורת הכתובת ולא מיישר טקסט</w:t>
      </w:r>
    </w:p>
    <w:p>
      <w:pPr>
        <w:bidi/>
        <w:pStyle w:val="Heading3"/>
        <w:spacing w:after="80"/>
        <w:jc w:val="right"/>
      </w:pPr>
      <w:r>
        <w:rPr>
          <w:rFonts w:ascii="Arial" w:hAnsi="Arial" w:cs="Arial" w:eastAsia="Arial"/>
          <w:lang w:val="he-IL" w:bidi="he-IL"/>
          <w:b/>
          <w:color w:val="DD6B20"/>
          <w:sz w:val="26"/>
          <w:rtl/>
          <w:szCs w:val="26"/>
          <w:bCs/>
        </w:rPr>
        <w:t>חלק ח׳ – פרק 2 · עיצוב טקסט – התאמה</w:t>
      </w:r>
    </w:p>
    <w:p>
      <w:pPr>
        <w:bidi/>
        <w:spacing w:after="40"/>
        <w:jc w:val="right"/>
      </w:pPr>
      <w:r>
        <w:rPr>
          <w:rFonts w:ascii="Arial" w:hAnsi="Arial" w:cs="Arial" w:eastAsia="Arial"/>
          <w:lang w:val="he-IL" w:bidi="he-IL"/>
          <w:sz w:val="22"/>
          <w:rtl/>
          <w:szCs w:val="22"/>
        </w:rPr>
        <w:t>1 – ג (מודגש)</w:t>
      </w:r>
    </w:p>
    <w:p>
      <w:pPr>
        <w:bidi/>
        <w:spacing w:after="40"/>
        <w:jc w:val="right"/>
      </w:pPr>
      <w:r>
        <w:rPr>
          <w:rFonts w:ascii="Arial" w:hAnsi="Arial" w:cs="Arial" w:eastAsia="Arial"/>
          <w:lang w:val="he-IL" w:bidi="he-IL"/>
          <w:sz w:val="22"/>
          <w:rtl/>
          <w:szCs w:val="22"/>
        </w:rPr>
        <w:t>2 – ד (נטוי)</w:t>
      </w:r>
    </w:p>
    <w:p>
      <w:pPr>
        <w:bidi/>
        <w:spacing w:after="40"/>
        <w:jc w:val="right"/>
      </w:pPr>
      <w:r>
        <w:rPr>
          <w:rFonts w:ascii="Arial" w:hAnsi="Arial" w:cs="Arial" w:eastAsia="Arial"/>
          <w:lang w:val="he-IL" w:bidi="he-IL"/>
          <w:sz w:val="22"/>
          <w:rtl/>
          <w:szCs w:val="22"/>
        </w:rPr>
        <w:t>3 – א (קו תחתון)</w:t>
      </w:r>
    </w:p>
    <w:p>
      <w:pPr>
        <w:bidi/>
        <w:spacing w:after="40"/>
        <w:jc w:val="right"/>
      </w:pPr>
      <w:r>
        <w:rPr>
          <w:rFonts w:ascii="Arial" w:hAnsi="Arial" w:cs="Arial" w:eastAsia="Arial"/>
          <w:lang w:val="he-IL" w:bidi="he-IL"/>
          <w:sz w:val="22"/>
          <w:rtl/>
          <w:szCs w:val="22"/>
        </w:rPr>
        <w:t>4 – ב (מירכוז)</w:t>
      </w:r>
    </w:p>
    <w:p>
      <w:pPr>
        <w:bidi/>
        <w:pStyle w:val="Heading3"/>
        <w:spacing w:after="80"/>
        <w:jc w:val="right"/>
      </w:pPr>
      <w:r>
        <w:rPr>
          <w:rFonts w:ascii="Arial" w:hAnsi="Arial" w:cs="Arial" w:eastAsia="Arial"/>
          <w:lang w:val="he-IL" w:bidi="he-IL"/>
          <w:b/>
          <w:color w:val="3182CE"/>
          <w:sz w:val="26"/>
          <w:rtl/>
          <w:szCs w:val="26"/>
          <w:bCs/>
        </w:rPr>
        <w:t>חלק ט׳ – פרק 3 · חלונות ודפדפן – התאמת קיצורים</w:t>
      </w:r>
    </w:p>
    <w:p>
      <w:pPr>
        <w:bidi/>
        <w:spacing w:after="40"/>
        <w:jc w:val="right"/>
      </w:pPr>
      <w:r>
        <w:rPr>
          <w:rFonts w:ascii="Arial" w:hAnsi="Arial" w:cs="Arial" w:eastAsia="Arial"/>
          <w:lang w:val="he-IL" w:bidi="he-IL"/>
          <w:sz w:val="22"/>
          <w:rtl/>
          <w:szCs w:val="22"/>
        </w:rPr>
        <w:t>1 – ג (מעבר בין חלונות פתוחים)</w:t>
      </w:r>
    </w:p>
    <w:p>
      <w:pPr>
        <w:bidi/>
        <w:spacing w:after="40"/>
        <w:jc w:val="right"/>
      </w:pPr>
      <w:r>
        <w:rPr>
          <w:rFonts w:ascii="Arial" w:hAnsi="Arial" w:cs="Arial" w:eastAsia="Arial"/>
          <w:lang w:val="he-IL" w:bidi="he-IL"/>
          <w:sz w:val="22"/>
          <w:rtl/>
          <w:szCs w:val="22"/>
        </w:rPr>
        <w:t>2 – ד (סגירת חלון או תוכנה)</w:t>
      </w:r>
    </w:p>
    <w:p>
      <w:pPr>
        <w:bidi/>
        <w:spacing w:after="40"/>
        <w:jc w:val="right"/>
      </w:pPr>
      <w:r>
        <w:rPr>
          <w:rFonts w:ascii="Arial" w:hAnsi="Arial" w:cs="Arial" w:eastAsia="Arial"/>
          <w:lang w:val="he-IL" w:bidi="he-IL"/>
          <w:sz w:val="22"/>
          <w:rtl/>
          <w:szCs w:val="22"/>
        </w:rPr>
        <w:t>3 – ב (רענון הדף)</w:t>
      </w:r>
    </w:p>
    <w:p>
      <w:pPr>
        <w:bidi/>
        <w:spacing w:after="40"/>
        <w:jc w:val="right"/>
      </w:pPr>
      <w:r>
        <w:rPr>
          <w:rFonts w:ascii="Arial" w:hAnsi="Arial" w:cs="Arial" w:eastAsia="Arial"/>
          <w:lang w:val="he-IL" w:bidi="he-IL"/>
          <w:sz w:val="22"/>
          <w:rtl/>
          <w:szCs w:val="22"/>
        </w:rPr>
        <w:t>4 – א (קפיצה לשורת הכתובת)</w:t>
      </w:r>
    </w:p>
    <w:p>
      <w:pPr>
        <w:bidi/>
        <w:pStyle w:val="Heading3"/>
        <w:spacing w:after="80"/>
        <w:jc w:val="right"/>
      </w:pPr>
      <w:r>
        <w:rPr>
          <w:rFonts w:ascii="Arial" w:hAnsi="Arial" w:cs="Arial" w:eastAsia="Arial"/>
          <w:lang w:val="he-IL" w:bidi="he-IL"/>
          <w:b/>
          <w:color w:val="38A169"/>
          <w:sz w:val="26"/>
          <w:rtl/>
          <w:szCs w:val="26"/>
          <w:bCs/>
        </w:rPr>
        <w:t>חלק י׳ – פרק 3 · חלונות ודפדפן – הבנה ויישום</w:t>
      </w:r>
    </w:p>
    <w:p>
      <w:pPr>
        <w:bidi/>
        <w:spacing w:after="40"/>
        <w:jc w:val="right"/>
      </w:pPr>
      <w:r>
        <w:rPr>
          <w:rFonts w:ascii="Arial" w:hAnsi="Arial" w:cs="Arial" w:eastAsia="Arial"/>
          <w:lang w:val="he-IL" w:bidi="he-IL"/>
          <w:sz w:val="22"/>
          <w:rtl/>
          <w:szCs w:val="22"/>
        </w:rPr>
        <w:t>1. ב – Alt+Tab</w:t>
      </w:r>
    </w:p>
    <w:p>
      <w:pPr>
        <w:bidi/>
        <w:spacing w:after="40"/>
        <w:jc w:val="right"/>
      </w:pPr>
      <w:r>
        <w:rPr>
          <w:rFonts w:ascii="Arial" w:hAnsi="Arial" w:cs="Arial" w:eastAsia="Arial"/>
          <w:lang w:val="he-IL" w:bidi="he-IL"/>
          <w:sz w:val="22"/>
          <w:rtl/>
          <w:szCs w:val="22"/>
        </w:rPr>
        <w:t>2. ג – Alt+F4</w:t>
      </w:r>
    </w:p>
    <w:p>
      <w:pPr>
        <w:bidi/>
        <w:pStyle w:val="Heading3"/>
        <w:spacing w:after="80"/>
        <w:jc w:val="right"/>
      </w:pPr>
      <w:r>
        <w:rPr>
          <w:rFonts w:ascii="Arial" w:hAnsi="Arial" w:cs="Arial" w:eastAsia="Arial"/>
          <w:lang w:val="he-IL" w:bidi="he-IL"/>
          <w:b/>
          <w:color w:val="805AD5"/>
          <w:sz w:val="26"/>
          <w:rtl/>
          <w:szCs w:val="26"/>
          <w:bCs/>
        </w:rPr>
        <w:t>חלק י״א – פרק 3 · חלונות ודפדפן – חשיבה</w:t>
      </w:r>
    </w:p>
    <w:p>
      <w:pPr>
        <w:bidi/>
        <w:spacing w:after="40"/>
        <w:jc w:val="right"/>
      </w:pPr>
      <w:r>
        <w:rPr>
          <w:rFonts w:ascii="Arial" w:hAnsi="Arial" w:cs="Arial" w:eastAsia="Arial"/>
          <w:lang w:val="he-IL" w:bidi="he-IL"/>
          <w:sz w:val="22"/>
          <w:rtl/>
          <w:szCs w:val="22"/>
        </w:rPr>
        <w:t>1. לא נכון – הקיצור עוזר לעבור בין תוכנות וחלונות שונים שפתוחים במחשב, לא בין קבצים בתוך אותה תוכנה</w:t>
      </w:r>
    </w:p>
    <w:p>
      <w:pPr>
        <w:bidi/>
        <w:spacing w:after="40"/>
        <w:jc w:val="right"/>
      </w:pPr>
      <w:r>
        <w:rPr>
          <w:rFonts w:ascii="Arial" w:hAnsi="Arial" w:cs="Arial" w:eastAsia="Arial"/>
          <w:lang w:val="he-IL" w:bidi="he-IL"/>
          <w:sz w:val="22"/>
          <w:rtl/>
          <w:szCs w:val="22"/>
        </w:rPr>
        <w:t>2. לא נכון – הקיצור קופץ לשורת הכתובת של הדפדפן, הוא לא מוחק טקסט בדף</w:t>
      </w:r>
    </w:p>
    <w:p>
      <w:pPr>
        <w:bidi/>
        <w:pStyle w:val="Heading3"/>
        <w:spacing w:after="80"/>
        <w:jc w:val="right"/>
      </w:pPr>
      <w:r>
        <w:rPr>
          <w:rFonts w:ascii="Arial" w:hAnsi="Arial" w:cs="Arial" w:eastAsia="Arial"/>
          <w:lang w:val="he-IL" w:bidi="he-IL"/>
          <w:b/>
          <w:color w:val="D53F8C"/>
          <w:sz w:val="26"/>
          <w:rtl/>
          <w:szCs w:val="26"/>
          <w:bCs/>
        </w:rPr>
        <w:t>חלק י״ב – פרק 4 · ניקוד במקלדת – הכרת הכללים</w:t>
      </w:r>
    </w:p>
    <w:p>
      <w:pPr>
        <w:bidi/>
        <w:spacing w:after="40"/>
        <w:jc w:val="right"/>
      </w:pPr>
      <w:r>
        <w:rPr>
          <w:rFonts w:ascii="Arial" w:hAnsi="Arial" w:cs="Arial" w:eastAsia="Arial"/>
          <w:lang w:val="he-IL" w:bidi="he-IL"/>
          <w:sz w:val="22"/>
          <w:rtl/>
          <w:szCs w:val="22"/>
        </w:rPr>
        <w:t>1. ב – Alt הימני (או Ctrl+Alt יחד)</w:t>
      </w:r>
    </w:p>
    <w:p>
      <w:pPr>
        <w:bidi/>
        <w:spacing w:after="40"/>
        <w:jc w:val="right"/>
      </w:pPr>
      <w:r>
        <w:rPr>
          <w:rFonts w:ascii="Arial" w:hAnsi="Arial" w:cs="Arial" w:eastAsia="Arial"/>
          <w:lang w:val="he-IL" w:bidi="he-IL"/>
          <w:sz w:val="22"/>
          <w:rtl/>
          <w:szCs w:val="22"/>
        </w:rPr>
        <w:t>2. א – Alt ימני + ק</w:t>
      </w:r>
    </w:p>
    <w:p>
      <w:pPr>
        <w:bidi/>
        <w:pStyle w:val="Heading3"/>
        <w:spacing w:after="80"/>
        <w:jc w:val="right"/>
      </w:pPr>
      <w:r>
        <w:rPr>
          <w:rFonts w:ascii="Arial" w:hAnsi="Arial" w:cs="Arial" w:eastAsia="Arial"/>
          <w:lang w:val="he-IL" w:bidi="he-IL"/>
          <w:b/>
          <w:color w:val="E53E3E"/>
          <w:sz w:val="26"/>
          <w:rtl/>
          <w:szCs w:val="26"/>
          <w:bCs/>
        </w:rPr>
        <w:t>חלק י״ג – פרק 4 · ניקוד במקלדת – נכון או לא נכון</w:t>
      </w:r>
    </w:p>
    <w:p>
      <w:pPr>
        <w:bidi/>
        <w:spacing w:after="40"/>
        <w:jc w:val="right"/>
      </w:pPr>
      <w:r>
        <w:rPr>
          <w:rFonts w:ascii="Arial" w:hAnsi="Arial" w:cs="Arial" w:eastAsia="Arial"/>
          <w:lang w:val="he-IL" w:bidi="he-IL"/>
          <w:sz w:val="22"/>
          <w:rtl/>
          <w:szCs w:val="22"/>
        </w:rPr>
        <w:t>1. לא נכון – רק Alt הימני (או Ctrl+Alt יחד) מנקד, Alt שמאלי לבד לא עובד</w:t>
      </w:r>
    </w:p>
    <w:p>
      <w:pPr>
        <w:bidi/>
        <w:spacing w:after="40"/>
        <w:jc w:val="right"/>
      </w:pPr>
      <w:r>
        <w:rPr>
          <w:rFonts w:ascii="Arial" w:hAnsi="Arial" w:cs="Arial" w:eastAsia="Arial"/>
          <w:lang w:val="he-IL" w:bidi="he-IL"/>
          <w:sz w:val="22"/>
          <w:rtl/>
          <w:szCs w:val="22"/>
        </w:rPr>
        <w:t>2. נכון – כך בנוי סדר ההקלדה בכל הצירופים</w:t>
      </w:r>
    </w:p>
    <w:p>
      <w:pPr>
        <w:bidi/>
        <w:pStyle w:val="Heading3"/>
        <w:spacing w:after="80"/>
        <w:jc w:val="right"/>
      </w:pPr>
      <w:r>
        <w:rPr>
          <w:rFonts w:ascii="Arial" w:hAnsi="Arial" w:cs="Arial" w:eastAsia="Arial"/>
          <w:lang w:val="he-IL" w:bidi="he-IL"/>
          <w:b/>
          <w:color w:val="DD6B20"/>
          <w:sz w:val="26"/>
          <w:rtl/>
          <w:szCs w:val="26"/>
          <w:bCs/>
        </w:rPr>
        <w:t>חלק י״ד – פרק 4 · ניקוד במקלדת – השלמה והתאמה</w:t>
      </w:r>
    </w:p>
    <w:p>
      <w:pPr>
        <w:bidi/>
        <w:spacing w:after="40"/>
        <w:jc w:val="right"/>
      </w:pPr>
      <w:r>
        <w:rPr>
          <w:rFonts w:ascii="Arial" w:hAnsi="Arial" w:cs="Arial" w:eastAsia="Arial"/>
          <w:lang w:val="he-IL" w:bidi="he-IL"/>
          <w:sz w:val="22"/>
          <w:rtl/>
          <w:szCs w:val="22"/>
        </w:rPr>
        <w:t>1. פ</w:t>
      </w:r>
    </w:p>
    <w:p>
      <w:pPr>
        <w:bidi/>
        <w:spacing w:after="40"/>
        <w:jc w:val="right"/>
      </w:pPr>
      <w:r>
        <w:rPr>
          <w:rFonts w:ascii="Arial" w:hAnsi="Arial" w:cs="Arial" w:eastAsia="Arial"/>
          <w:lang w:val="he-IL" w:bidi="he-IL"/>
          <w:sz w:val="22"/>
          <w:rtl/>
          <w:szCs w:val="22"/>
        </w:rPr>
        <w:t>2. ו</w:t>
      </w:r>
    </w:p>
    <w:p>
      <w:pPr>
        <w:bidi/>
        <w:pStyle w:val="Heading3"/>
        <w:spacing w:after="80"/>
        <w:jc w:val="right"/>
      </w:pPr>
      <w:r>
        <w:rPr>
          <w:rFonts w:ascii="Arial" w:hAnsi="Arial" w:cs="Arial" w:eastAsia="Arial"/>
          <w:lang w:val="he-IL" w:bidi="he-IL"/>
          <w:b/>
          <w:color w:val="3182CE"/>
          <w:sz w:val="26"/>
          <w:rtl/>
          <w:szCs w:val="26"/>
          <w:bCs/>
        </w:rPr>
        <w:t>חלק ט״ו – פרק 4 · ניקוד במקלדת – התאמת ניקוד לאות</w:t>
      </w:r>
    </w:p>
    <w:p>
      <w:pPr>
        <w:bidi/>
        <w:spacing w:after="40"/>
        <w:jc w:val="right"/>
      </w:pPr>
      <w:r>
        <w:rPr>
          <w:rFonts w:ascii="Arial" w:hAnsi="Arial" w:cs="Arial" w:eastAsia="Arial"/>
          <w:lang w:val="he-IL" w:bidi="he-IL"/>
          <w:sz w:val="22"/>
          <w:rtl/>
          <w:szCs w:val="22"/>
        </w:rPr>
        <w:t>1 – ג (ק)</w:t>
      </w:r>
    </w:p>
    <w:p>
      <w:pPr>
        <w:bidi/>
        <w:spacing w:after="40"/>
        <w:jc w:val="right"/>
      </w:pPr>
      <w:r>
        <w:rPr>
          <w:rFonts w:ascii="Arial" w:hAnsi="Arial" w:cs="Arial" w:eastAsia="Arial"/>
          <w:lang w:val="he-IL" w:bidi="he-IL"/>
          <w:sz w:val="22"/>
          <w:rtl/>
          <w:szCs w:val="22"/>
        </w:rPr>
        <w:t>2 – ד (צ)</w:t>
      </w:r>
    </w:p>
    <w:p>
      <w:pPr>
        <w:bidi/>
        <w:spacing w:after="40"/>
        <w:jc w:val="right"/>
      </w:pPr>
      <w:r>
        <w:rPr>
          <w:rFonts w:ascii="Arial" w:hAnsi="Arial" w:cs="Arial" w:eastAsia="Arial"/>
          <w:lang w:val="he-IL" w:bidi="he-IL"/>
          <w:sz w:val="22"/>
          <w:rtl/>
          <w:szCs w:val="22"/>
        </w:rPr>
        <w:t>3 – ב (ח)</w:t>
      </w:r>
    </w:p>
    <w:p>
      <w:pPr>
        <w:bidi/>
        <w:spacing w:after="40"/>
        <w:jc w:val="right"/>
      </w:pPr>
      <w:r>
        <w:rPr>
          <w:rFonts w:ascii="Arial" w:hAnsi="Arial" w:cs="Arial" w:eastAsia="Arial"/>
          <w:lang w:val="he-IL" w:bidi="he-IL"/>
          <w:sz w:val="22"/>
          <w:rtl/>
          <w:szCs w:val="22"/>
        </w:rPr>
        <w:t>4 – א (ש)</w:t>
      </w:r>
    </w:p>
    <w:p>
      <w:pPr>
        <w:bidi/>
        <w:pStyle w:val="Heading3"/>
        <w:spacing w:after="80"/>
        <w:jc w:val="right"/>
      </w:pPr>
      <w:r>
        <w:rPr>
          <w:rFonts w:ascii="Arial" w:hAnsi="Arial" w:cs="Arial" w:eastAsia="Arial"/>
          <w:lang w:val="he-IL" w:bidi="he-IL"/>
          <w:b/>
          <w:color w:val="38A169"/>
          <w:sz w:val="26"/>
          <w:rtl/>
          <w:szCs w:val="26"/>
          <w:bCs/>
        </w:rPr>
        <w:t>חלק ט״ז – פרק 5 · תרגול מסכם וחידון – זיהוי קיצורים בסיסיים</w:t>
      </w:r>
    </w:p>
    <w:p>
      <w:pPr>
        <w:bidi/>
        <w:spacing w:after="40"/>
        <w:jc w:val="right"/>
      </w:pPr>
      <w:r>
        <w:rPr>
          <w:rFonts w:ascii="Arial" w:hAnsi="Arial" w:cs="Arial" w:eastAsia="Arial"/>
          <w:lang w:val="he-IL" w:bidi="he-IL"/>
          <w:sz w:val="22"/>
          <w:rtl/>
          <w:szCs w:val="22"/>
        </w:rPr>
        <w:t>1. ב – מעתיק טקסט</w:t>
      </w:r>
    </w:p>
    <w:p>
      <w:pPr>
        <w:bidi/>
        <w:spacing w:after="40"/>
        <w:jc w:val="right"/>
      </w:pPr>
      <w:r>
        <w:rPr>
          <w:rFonts w:ascii="Arial" w:hAnsi="Arial" w:cs="Arial" w:eastAsia="Arial"/>
          <w:lang w:val="he-IL" w:bidi="he-IL"/>
          <w:sz w:val="22"/>
          <w:rtl/>
          <w:szCs w:val="22"/>
        </w:rPr>
        <w:t>2. ג – הדבקה</w:t>
      </w:r>
    </w:p>
    <w:p>
      <w:pPr>
        <w:bidi/>
        <w:spacing w:after="40"/>
        <w:jc w:val="right"/>
      </w:pPr>
      <w:r>
        <w:rPr>
          <w:rFonts w:ascii="Arial" w:hAnsi="Arial" w:cs="Arial" w:eastAsia="Arial"/>
          <w:lang w:val="he-IL" w:bidi="he-IL"/>
          <w:sz w:val="22"/>
          <w:rtl/>
          <w:szCs w:val="22"/>
        </w:rPr>
        <w:t>3. א – שמירה</w:t>
      </w:r>
    </w:p>
    <w:p>
      <w:pPr>
        <w:bidi/>
        <w:pStyle w:val="Heading3"/>
        <w:spacing w:after="80"/>
        <w:jc w:val="right"/>
      </w:pPr>
      <w:r>
        <w:rPr>
          <w:rFonts w:ascii="Arial" w:hAnsi="Arial" w:cs="Arial" w:eastAsia="Arial"/>
          <w:lang w:val="he-IL" w:bidi="he-IL"/>
          <w:b/>
          <w:color w:val="805AD5"/>
          <w:sz w:val="26"/>
          <w:rtl/>
          <w:szCs w:val="26"/>
          <w:bCs/>
        </w:rPr>
        <w:t>חלק י״ז – פרק 5 · תרגול מסכם וחידון – התאמת קיצור לפעולה</w:t>
      </w:r>
    </w:p>
    <w:p>
      <w:pPr>
        <w:bidi/>
        <w:spacing w:after="40"/>
        <w:jc w:val="right"/>
      </w:pPr>
      <w:r>
        <w:rPr>
          <w:rFonts w:ascii="Arial" w:hAnsi="Arial" w:cs="Arial" w:eastAsia="Arial"/>
          <w:lang w:val="he-IL" w:bidi="he-IL"/>
          <w:sz w:val="22"/>
          <w:rtl/>
          <w:szCs w:val="22"/>
        </w:rPr>
        <w:t>1 – ב (גזירה)</w:t>
      </w:r>
    </w:p>
    <w:p>
      <w:pPr>
        <w:bidi/>
        <w:spacing w:after="40"/>
        <w:jc w:val="right"/>
      </w:pPr>
      <w:r>
        <w:rPr>
          <w:rFonts w:ascii="Arial" w:hAnsi="Arial" w:cs="Arial" w:eastAsia="Arial"/>
          <w:lang w:val="he-IL" w:bidi="he-IL"/>
          <w:sz w:val="22"/>
          <w:rtl/>
          <w:szCs w:val="22"/>
        </w:rPr>
        <w:t>2 – ג (ביטול פעולה)</w:t>
      </w:r>
    </w:p>
    <w:p>
      <w:pPr>
        <w:bidi/>
        <w:spacing w:after="40"/>
        <w:jc w:val="right"/>
      </w:pPr>
      <w:r>
        <w:rPr>
          <w:rFonts w:ascii="Arial" w:hAnsi="Arial" w:cs="Arial" w:eastAsia="Arial"/>
          <w:lang w:val="he-IL" w:bidi="he-IL"/>
          <w:sz w:val="22"/>
          <w:rtl/>
          <w:szCs w:val="22"/>
        </w:rPr>
        <w:t>3 – א (בחירת הכול)</w:t>
      </w:r>
    </w:p>
    <w:p>
      <w:pPr>
        <w:bidi/>
        <w:spacing w:after="40"/>
        <w:jc w:val="right"/>
      </w:pPr>
      <w:r>
        <w:rPr>
          <w:rFonts w:ascii="Arial" w:hAnsi="Arial" w:cs="Arial" w:eastAsia="Arial"/>
          <w:lang w:val="he-IL" w:bidi="he-IL"/>
          <w:sz w:val="22"/>
          <w:rtl/>
          <w:szCs w:val="22"/>
        </w:rPr>
        <w:t>4 – ד (מודגש)</w:t>
      </w:r>
    </w:p>
    <w:p>
      <w:pPr>
        <w:bidi/>
        <w:pStyle w:val="Heading3"/>
        <w:spacing w:after="80"/>
        <w:jc w:val="right"/>
      </w:pPr>
      <w:r>
        <w:rPr>
          <w:rFonts w:ascii="Arial" w:hAnsi="Arial" w:cs="Arial" w:eastAsia="Arial"/>
          <w:lang w:val="he-IL" w:bidi="he-IL"/>
          <w:b/>
          <w:color w:val="D53F8C"/>
          <w:sz w:val="26"/>
          <w:rtl/>
          <w:szCs w:val="26"/>
          <w:bCs/>
        </w:rPr>
        <w:t>חלק י״ח – פרק 5 · תרגול מסכם וחידון – יישום וחשיבה</w:t>
      </w:r>
    </w:p>
    <w:p>
      <w:pPr>
        <w:bidi/>
        <w:spacing w:after="40"/>
        <w:jc w:val="right"/>
      </w:pPr>
      <w:r>
        <w:rPr>
          <w:rFonts w:ascii="Arial" w:hAnsi="Arial" w:cs="Arial" w:eastAsia="Arial"/>
          <w:lang w:val="he-IL" w:bidi="he-IL"/>
          <w:sz w:val="22"/>
          <w:rtl/>
          <w:szCs w:val="22"/>
        </w:rPr>
        <w:t>1. קודם Ctrl+S לשמירה, ואז Ctrl+P להדפסה</w:t>
      </w:r>
    </w:p>
    <w:p>
      <w:pPr>
        <w:bidi/>
        <w:spacing w:after="40"/>
        <w:jc w:val="right"/>
      </w:pPr>
      <w:r>
        <w:rPr>
          <w:rFonts w:ascii="Arial" w:hAnsi="Arial" w:cs="Arial" w:eastAsia="Arial"/>
          <w:lang w:val="he-IL" w:bidi="he-IL"/>
          <w:sz w:val="22"/>
          <w:rtl/>
          <w:szCs w:val="22"/>
        </w:rPr>
        <w:t>2. למשל כשרוצים למצוא מילה מסוימת בתוך מסמך ארוך או בדף אינטרנט</w:t>
      </w:r>
    </w:p>
    <w:p>
      <w:pPr>
        <w:bidi/>
        <w:pStyle w:val="Heading3"/>
        <w:spacing w:after="80"/>
        <w:jc w:val="right"/>
      </w:pPr>
      <w:r>
        <w:rPr>
          <w:rFonts w:ascii="Arial" w:hAnsi="Arial" w:cs="Arial" w:eastAsia="Arial"/>
          <w:lang w:val="he-IL" w:bidi="he-IL"/>
          <w:b/>
          <w:color w:val="E53E3E"/>
          <w:sz w:val="26"/>
          <w:rtl/>
          <w:szCs w:val="26"/>
          <w:bCs/>
        </w:rPr>
        <w:t>חלק י״ט – חזרה מסכמת – התאמה כוללת</w:t>
      </w:r>
    </w:p>
    <w:p>
      <w:pPr>
        <w:bidi/>
        <w:spacing w:after="40"/>
        <w:jc w:val="right"/>
      </w:pPr>
      <w:r>
        <w:rPr>
          <w:rFonts w:ascii="Arial" w:hAnsi="Arial" w:cs="Arial" w:eastAsia="Arial"/>
          <w:lang w:val="he-IL" w:bidi="he-IL"/>
          <w:sz w:val="22"/>
          <w:rtl/>
          <w:szCs w:val="22"/>
        </w:rPr>
        <w:t>1 – ב (העתקה)</w:t>
      </w:r>
    </w:p>
    <w:p>
      <w:pPr>
        <w:bidi/>
        <w:spacing w:after="40"/>
        <w:jc w:val="right"/>
      </w:pPr>
      <w:r>
        <w:rPr>
          <w:rFonts w:ascii="Arial" w:hAnsi="Arial" w:cs="Arial" w:eastAsia="Arial"/>
          <w:lang w:val="he-IL" w:bidi="he-IL"/>
          <w:sz w:val="22"/>
          <w:rtl/>
          <w:szCs w:val="22"/>
        </w:rPr>
        <w:t>2 – ג (ביטול פעולה)</w:t>
      </w:r>
    </w:p>
    <w:p>
      <w:pPr>
        <w:bidi/>
        <w:spacing w:after="40"/>
        <w:jc w:val="right"/>
      </w:pPr>
      <w:r>
        <w:rPr>
          <w:rFonts w:ascii="Arial" w:hAnsi="Arial" w:cs="Arial" w:eastAsia="Arial"/>
          <w:lang w:val="he-IL" w:bidi="he-IL"/>
          <w:sz w:val="22"/>
          <w:rtl/>
          <w:szCs w:val="22"/>
        </w:rPr>
        <w:t>3 – ד (מודגש)</w:t>
      </w:r>
    </w:p>
    <w:p>
      <w:pPr>
        <w:bidi/>
        <w:spacing w:after="40"/>
        <w:jc w:val="right"/>
      </w:pPr>
      <w:r>
        <w:rPr>
          <w:rFonts w:ascii="Arial" w:hAnsi="Arial" w:cs="Arial" w:eastAsia="Arial"/>
          <w:lang w:val="he-IL" w:bidi="he-IL"/>
          <w:sz w:val="22"/>
          <w:rtl/>
          <w:szCs w:val="22"/>
        </w:rPr>
        <w:t>4 – א (קו תחתון)</w:t>
      </w:r>
    </w:p>
    <w:p>
      <w:pPr>
        <w:bidi/>
        <w:pStyle w:val="Heading3"/>
        <w:spacing w:after="80"/>
        <w:jc w:val="right"/>
      </w:pPr>
      <w:r>
        <w:rPr>
          <w:rFonts w:ascii="Arial" w:hAnsi="Arial" w:cs="Arial" w:eastAsia="Arial"/>
          <w:lang w:val="he-IL" w:bidi="he-IL"/>
          <w:b/>
          <w:color w:val="DD6B20"/>
          <w:sz w:val="26"/>
          <w:rtl/>
          <w:szCs w:val="26"/>
          <w:bCs/>
        </w:rPr>
        <w:t>חלק כ׳ – חזרה מסכמת – שאלות אמריקאיות</w:t>
      </w:r>
    </w:p>
    <w:p>
      <w:pPr>
        <w:bidi/>
        <w:spacing w:after="40"/>
        <w:jc w:val="right"/>
      </w:pPr>
      <w:r>
        <w:rPr>
          <w:rFonts w:ascii="Arial" w:hAnsi="Arial" w:cs="Arial" w:eastAsia="Arial"/>
          <w:lang w:val="he-IL" w:bidi="he-IL"/>
          <w:sz w:val="22"/>
          <w:rtl/>
          <w:szCs w:val="22"/>
        </w:rPr>
        <w:t>1. א – Ctrl + P</w:t>
      </w:r>
    </w:p>
    <w:p>
      <w:pPr>
        <w:bidi/>
        <w:spacing w:after="40"/>
        <w:jc w:val="right"/>
      </w:pPr>
      <w:r>
        <w:rPr>
          <w:rFonts w:ascii="Arial" w:hAnsi="Arial" w:cs="Arial" w:eastAsia="Arial"/>
          <w:lang w:val="he-IL" w:bidi="he-IL"/>
          <w:sz w:val="22"/>
          <w:rtl/>
          <w:szCs w:val="22"/>
        </w:rPr>
        <w:t>2. ב – בחירת הכול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מצליח/ה לשלוף קיצור נכון תוך שניות ספורות מהזיכרון, בלי לחפש בכרטיסים</w:t>
      </w:r>
    </w:p>
    <w:p>
      <w:pPr>
        <w:bidi/>
        <w:spacing w:after="80"/>
        <w:jc w:val="right"/>
      </w:pPr>
      <w:r>
        <w:rPr>
          <w:rFonts w:ascii="Arial" w:hAnsi="Arial" w:cs="Arial" w:eastAsia="Arial"/>
          <w:lang w:val="he-IL" w:bidi="he-IL"/>
          <w:sz w:val="22"/>
          <w:rtl/>
          <w:szCs w:val="22"/>
        </w:rPr>
        <w:t>• התלמיד/ה מזהה שאותו קיצור (כמו Ctrl+R) יכול להתנהג אחרת בדפדפן לעומת תוכנה</w:t>
      </w:r>
    </w:p>
    <w:p>
      <w:pPr>
        <w:bidi/>
        <w:spacing w:after="80"/>
        <w:jc w:val="right"/>
      </w:pPr>
      <w:r>
        <w:rPr>
          <w:rFonts w:ascii="Arial" w:hAnsi="Arial" w:cs="Arial" w:eastAsia="Arial"/>
          <w:lang w:val="he-IL" w:bidi="he-IL"/>
          <w:sz w:val="22"/>
          <w:rtl/>
          <w:szCs w:val="22"/>
        </w:rPr>
        <w:t>• התלמיד/ה מצליח/ה לזהות את האות המתאימה לכל סימן ניקוד ולהרכיב מילה שלמה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לכמה שיעורים קצרים – פרק אחד או שניים בכל פעם, עם חזרה בתחילת כל שיעור</w:t>
      </w:r>
    </w:p>
    <w:p>
      <w:pPr>
        <w:bidi/>
        <w:spacing w:after="80"/>
        <w:jc w:val="right"/>
      </w:pPr>
      <w:r>
        <w:rPr>
          <w:rFonts w:ascii="Arial" w:hAnsi="Arial" w:cs="Arial" w:eastAsia="Arial"/>
          <w:lang w:val="he-IL" w:bidi="he-IL"/>
          <w:sz w:val="22"/>
          <w:rtl/>
          <w:szCs w:val="22"/>
        </w:rPr>
        <w:t>• לתלמידים מתקדמים כדאי להוסיף אתגר של שרשרת קיצורים (לדוגמה: פתיחה, עריכה ושמירה ברצף)</w:t>
      </w:r>
    </w:p>
    <w:p>
      <w:pPr>
        <w:bidi/>
        <w:spacing w:after="80"/>
        <w:jc w:val="right"/>
      </w:pPr>
      <w:r>
        <w:rPr>
          <w:rFonts w:ascii="Arial" w:hAnsi="Arial" w:cs="Arial" w:eastAsia="Arial"/>
          <w:lang w:val="he-IL" w:bidi="he-IL"/>
          <w:sz w:val="22"/>
          <w:rtl/>
          <w:szCs w:val="22"/>
        </w:rPr>
        <w:t>• לתלמידים שמתקשים כדאי להתחיל רק מהפרק הראשון ולחזור עליו פעמיים לפני מעבר הלאה</w:t>
      </w:r>
    </w:p>
    <w:p>
      <w:pPr>
        <w:bidi/>
        <w:spacing w:after="80"/>
        <w:jc w:val="right"/>
      </w:pPr>
      <w:r>
        <w:rPr>
          <w:rFonts w:ascii="Arial" w:hAnsi="Arial" w:cs="Arial" w:eastAsia="Arial"/>
          <w:lang w:val="he-IL" w:bidi="he-IL"/>
          <w:sz w:val="22"/>
          <w:rtl/>
          <w:szCs w:val="22"/>
        </w:rPr>
        <w:t>• כדאי לשלב תרגול בעל פה בכיתה (כמו במשחק ההתאמה והתחרות) לצד הכתיבה בחוברת, כדי לחזק את הזיכרון</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קיצורי מקלדת – קיצור קטן, חיסכון גדול ⌨️</w:t>
            </w:r>
          </w:p>
          <w:p>
            <w:pPr>
              <w:bidi/>
              <w:jc w:val="right"/>
            </w:pPr>
            <w:r>
              <w:rPr>
                <w:rFonts w:ascii="Arial" w:hAnsi="Arial" w:cs="Arial" w:eastAsia="Arial"/>
                <w:lang w:val="he-IL" w:bidi="he-IL"/>
                <w:b/>
                <w:color w:val="3C1361"/>
                <w:sz w:val="32"/>
                <w:rtl/>
                <w:szCs w:val="32"/>
                <w:bCs/>
              </w:rPr>
              <w:t>חוברת תרגול – קיצורי מקלדת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תתרגלו קיצורי מקלדת שימושיים לפי נושאים. עברו על הדוגמאות בכל פרק, נסו לדמיין את הלחיצה על המקשים, וענו על התרגילים בעצמכם. בסוף כל פרק בדקו את התשובות מול הדוגמאות שלמדתם.</w:t>
      </w:r>
    </w:p>
    <w:p>
      <w:pPr>
        <w:bidi/>
        <w:spacing w:after="80"/>
        <w:jc w:val="right"/>
      </w:pPr>
      <w:r>
        <w:rPr>
          <w:rFonts w:ascii="Arial" w:hAnsi="Arial" w:cs="Arial" w:eastAsia="Arial"/>
          <w:lang w:val="he-IL" w:bidi="he-IL"/>
          <w:b/>
          <w:color w:val="7B341E"/>
          <w:sz w:val="32"/>
          <w:rtl/>
          <w:szCs w:val="32"/>
          <w:bCs/>
        </w:rPr>
        <w:t>🧺 בנק מילים: ו  ·  פ  ·  ימין  ·  Ctrl+E</w:t>
      </w:r>
    </w:p>
    <w:p>
      <w:pPr>
        <w:bidi/>
        <w:pStyle w:val="Heading2"/>
        <w:spacing w:after="80"/>
        <w:jc w:val="right"/>
      </w:pPr>
      <w:r>
        <w:rPr>
          <w:rFonts w:ascii="Arial" w:hAnsi="Arial" w:cs="Arial" w:eastAsia="Arial"/>
          <w:lang w:val="he-IL" w:bidi="he-IL"/>
          <w:b/>
          <w:color w:val="E53E3E"/>
          <w:sz w:val="36"/>
          <w:rtl/>
          <w:szCs w:val="36"/>
          <w:bCs/>
        </w:rPr>
        <w:t>1  חלק א׳ – פרק 1 · קיצורי קבצים ועריכה – זיהוי קיצורים בסיסיים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קיצור מבצע העתקה?</w:t>
      </w:r>
    </w:p>
    <w:p>
      <w:pPr>
        <w:bidi/>
        <w:spacing w:after="20"/>
        <w:jc w:val="right"/>
      </w:pPr>
      <w:r>
        <w:rPr>
          <w:rFonts w:ascii="Arial" w:hAnsi="Arial" w:cs="Arial" w:eastAsia="Arial"/>
          <w:lang w:val="he-IL" w:bidi="he-IL"/>
          <w:sz w:val="32"/>
          <w:rtl/>
          <w:szCs w:val="32"/>
        </w:rPr>
        <w:t xml:space="preserve">      ☐ א. Ctrl+V</w:t>
      </w:r>
    </w:p>
    <w:p>
      <w:pPr>
        <w:bidi/>
        <w:spacing w:after="20"/>
        <w:jc w:val="right"/>
      </w:pPr>
      <w:r>
        <w:rPr>
          <w:rFonts w:ascii="Arial" w:hAnsi="Arial" w:cs="Arial" w:eastAsia="Arial"/>
          <w:lang w:val="he-IL" w:bidi="he-IL"/>
          <w:sz w:val="32"/>
          <w:rtl/>
          <w:szCs w:val="32"/>
        </w:rPr>
        <w:t xml:space="preserve">      ☐ ב. Ctrl+C</w:t>
      </w:r>
    </w:p>
    <w:p>
      <w:pPr>
        <w:bidi/>
        <w:spacing w:after="20"/>
        <w:jc w:val="right"/>
      </w:pPr>
      <w:r>
        <w:rPr>
          <w:rFonts w:ascii="Arial" w:hAnsi="Arial" w:cs="Arial" w:eastAsia="Arial"/>
          <w:lang w:val="he-IL" w:bidi="he-IL"/>
          <w:sz w:val="32"/>
          <w:rtl/>
          <w:szCs w:val="32"/>
        </w:rPr>
        <w:t xml:space="preserve">      ☐ ג. Ctrl+X</w:t>
      </w:r>
    </w:p>
    <w:p>
      <w:pPr>
        <w:bidi/>
        <w:spacing w:after="20"/>
        <w:jc w:val="right"/>
      </w:pPr>
      <w:r>
        <w:rPr>
          <w:rFonts w:ascii="Arial" w:hAnsi="Arial" w:cs="Arial" w:eastAsia="Arial"/>
          <w:lang w:val="he-IL" w:bidi="he-IL"/>
          <w:b/>
          <w:sz w:val="32"/>
          <w:rtl/>
          <w:szCs w:val="32"/>
          <w:bCs/>
        </w:rPr>
        <w:t>2. איזה קיצור מבצע הדבקה?</w:t>
      </w:r>
    </w:p>
    <w:p>
      <w:pPr>
        <w:bidi/>
        <w:spacing w:after="20"/>
        <w:jc w:val="right"/>
      </w:pPr>
      <w:r>
        <w:rPr>
          <w:rFonts w:ascii="Arial" w:hAnsi="Arial" w:cs="Arial" w:eastAsia="Arial"/>
          <w:lang w:val="he-IL" w:bidi="he-IL"/>
          <w:sz w:val="32"/>
          <w:rtl/>
          <w:szCs w:val="32"/>
        </w:rPr>
        <w:t xml:space="preserve">      ☐ א. Ctrl+V</w:t>
      </w:r>
    </w:p>
    <w:p>
      <w:pPr>
        <w:bidi/>
        <w:spacing w:after="20"/>
        <w:jc w:val="right"/>
      </w:pPr>
      <w:r>
        <w:rPr>
          <w:rFonts w:ascii="Arial" w:hAnsi="Arial" w:cs="Arial" w:eastAsia="Arial"/>
          <w:lang w:val="he-IL" w:bidi="he-IL"/>
          <w:sz w:val="32"/>
          <w:rtl/>
          <w:szCs w:val="32"/>
        </w:rPr>
        <w:t xml:space="preserve">      ☐ ב. Ctrl+C</w:t>
      </w:r>
    </w:p>
    <w:p>
      <w:pPr>
        <w:bidi/>
        <w:spacing w:after="20"/>
        <w:jc w:val="right"/>
      </w:pPr>
      <w:r>
        <w:rPr>
          <w:rFonts w:ascii="Arial" w:hAnsi="Arial" w:cs="Arial" w:eastAsia="Arial"/>
          <w:lang w:val="he-IL" w:bidi="he-IL"/>
          <w:sz w:val="32"/>
          <w:rtl/>
          <w:szCs w:val="32"/>
        </w:rPr>
        <w:t xml:space="preserve">      ☐ ג. Ctrl+A</w:t>
      </w:r>
    </w:p>
    <w:p>
      <w:pPr>
        <w:bidi/>
        <w:spacing w:after="20"/>
        <w:jc w:val="right"/>
      </w:pPr>
      <w:r>
        <w:rPr>
          <w:rFonts w:ascii="Arial" w:hAnsi="Arial" w:cs="Arial" w:eastAsia="Arial"/>
          <w:lang w:val="he-IL" w:bidi="he-IL"/>
          <w:b/>
          <w:sz w:val="32"/>
          <w:rtl/>
          <w:szCs w:val="32"/>
          <w:bCs/>
        </w:rPr>
        <w:t>3. איזה קיצור מבטל פעולה אחרונה?</w:t>
      </w:r>
    </w:p>
    <w:p>
      <w:pPr>
        <w:bidi/>
        <w:spacing w:after="20"/>
        <w:jc w:val="right"/>
      </w:pPr>
      <w:r>
        <w:rPr>
          <w:rFonts w:ascii="Arial" w:hAnsi="Arial" w:cs="Arial" w:eastAsia="Arial"/>
          <w:lang w:val="he-IL" w:bidi="he-IL"/>
          <w:sz w:val="32"/>
          <w:rtl/>
          <w:szCs w:val="32"/>
        </w:rPr>
        <w:t xml:space="preserve">      ☐ א. Ctrl+Y</w:t>
      </w:r>
    </w:p>
    <w:p>
      <w:pPr>
        <w:bidi/>
        <w:spacing w:after="20"/>
        <w:jc w:val="right"/>
      </w:pPr>
      <w:r>
        <w:rPr>
          <w:rFonts w:ascii="Arial" w:hAnsi="Arial" w:cs="Arial" w:eastAsia="Arial"/>
          <w:lang w:val="he-IL" w:bidi="he-IL"/>
          <w:sz w:val="32"/>
          <w:rtl/>
          <w:szCs w:val="32"/>
        </w:rPr>
        <w:t xml:space="preserve">      ☐ ב. Ctrl+Z</w:t>
      </w:r>
    </w:p>
    <w:p>
      <w:pPr>
        <w:bidi/>
        <w:spacing w:after="20"/>
        <w:jc w:val="right"/>
      </w:pPr>
      <w:r>
        <w:rPr>
          <w:rFonts w:ascii="Arial" w:hAnsi="Arial" w:cs="Arial" w:eastAsia="Arial"/>
          <w:lang w:val="he-IL" w:bidi="he-IL"/>
          <w:sz w:val="32"/>
          <w:rtl/>
          <w:szCs w:val="32"/>
        </w:rPr>
        <w:t xml:space="preserve">      ☐ ג. Ctrl+X</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קיצורי קבצים ועריכה – התאמה ונכון/לא נכון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Ctrl+X</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פתיחת קובץ</w:t>
            </w:r>
          </w:p>
        </w:tc>
      </w:tr>
      <w:tr>
        <w:tc>
          <w:tcPr>
            <w:tcW w:type="dxa" w:w="3969"/>
          </w:tcPr>
          <w:p>
            <w:pPr>
              <w:bidi/>
              <w:jc w:val="right"/>
            </w:pPr>
            <w:r>
              <w:rPr>
                <w:rFonts w:ascii="Arial" w:hAnsi="Arial" w:cs="Arial" w:eastAsia="Arial"/>
                <w:lang w:val="he-IL" w:bidi="he-IL"/>
                <w:sz w:val="32"/>
                <w:rtl/>
                <w:szCs w:val="32"/>
              </w:rPr>
              <w:t>2. Ctrl+A</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קובץ חדש</w:t>
            </w:r>
          </w:p>
        </w:tc>
      </w:tr>
      <w:tr>
        <w:tc>
          <w:tcPr>
            <w:tcW w:type="dxa" w:w="3969"/>
          </w:tcPr>
          <w:p>
            <w:pPr>
              <w:bidi/>
              <w:jc w:val="right"/>
            </w:pPr>
            <w:r>
              <w:rPr>
                <w:rFonts w:ascii="Arial" w:hAnsi="Arial" w:cs="Arial" w:eastAsia="Arial"/>
                <w:lang w:val="he-IL" w:bidi="he-IL"/>
                <w:sz w:val="32"/>
                <w:rtl/>
                <w:szCs w:val="32"/>
              </w:rPr>
              <w:t>3. Ctrl+O</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בחירת הכול</w:t>
            </w:r>
          </w:p>
        </w:tc>
      </w:tr>
      <w:tr>
        <w:tc>
          <w:tcPr>
            <w:tcW w:type="dxa" w:w="3969"/>
          </w:tcPr>
          <w:p>
            <w:pPr>
              <w:bidi/>
              <w:jc w:val="right"/>
            </w:pPr>
            <w:r>
              <w:rPr>
                <w:rFonts w:ascii="Arial" w:hAnsi="Arial" w:cs="Arial" w:eastAsia="Arial"/>
                <w:lang w:val="he-IL" w:bidi="he-IL"/>
                <w:sz w:val="32"/>
                <w:rtl/>
                <w:szCs w:val="32"/>
              </w:rPr>
              <w:t>4. Ctrl+N</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גזירה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קיצורי קבצים ועריכה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Ctrl+Y מבצע שוב פעולה שבוטלה בטעות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Ctrl+X מעתיק טקסט אבל משאיר אותו במקום המקורי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קיצורי קבצים ועריכה – יישום וחשיבה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עיצוב טקסט – היכרות עם הקיצורים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קיצור הופך טקסט למודגש?</w:t>
      </w:r>
    </w:p>
    <w:p>
      <w:pPr>
        <w:bidi/>
        <w:spacing w:after="20"/>
        <w:jc w:val="right"/>
      </w:pPr>
      <w:r>
        <w:rPr>
          <w:rFonts w:ascii="Arial" w:hAnsi="Arial" w:cs="Arial" w:eastAsia="Arial"/>
          <w:lang w:val="he-IL" w:bidi="he-IL"/>
          <w:sz w:val="32"/>
          <w:rtl/>
          <w:szCs w:val="32"/>
        </w:rPr>
        <w:t xml:space="preserve">      ☐ א. Ctrl+B</w:t>
      </w:r>
    </w:p>
    <w:p>
      <w:pPr>
        <w:bidi/>
        <w:spacing w:after="20"/>
        <w:jc w:val="right"/>
      </w:pPr>
      <w:r>
        <w:rPr>
          <w:rFonts w:ascii="Arial" w:hAnsi="Arial" w:cs="Arial" w:eastAsia="Arial"/>
          <w:lang w:val="he-IL" w:bidi="he-IL"/>
          <w:sz w:val="32"/>
          <w:rtl/>
          <w:szCs w:val="32"/>
        </w:rPr>
        <w:t xml:space="preserve">      ☐ ב. Ctrl+I</w:t>
      </w:r>
    </w:p>
    <w:p>
      <w:pPr>
        <w:bidi/>
        <w:spacing w:after="20"/>
        <w:jc w:val="right"/>
      </w:pPr>
      <w:r>
        <w:rPr>
          <w:rFonts w:ascii="Arial" w:hAnsi="Arial" w:cs="Arial" w:eastAsia="Arial"/>
          <w:lang w:val="he-IL" w:bidi="he-IL"/>
          <w:sz w:val="32"/>
          <w:rtl/>
          <w:szCs w:val="32"/>
        </w:rPr>
        <w:t xml:space="preserve">      ☐ ג. Ctrl+U</w:t>
      </w:r>
    </w:p>
    <w:p>
      <w:pPr>
        <w:bidi/>
        <w:spacing w:after="20"/>
        <w:jc w:val="right"/>
      </w:pPr>
      <w:r>
        <w:rPr>
          <w:rFonts w:ascii="Arial" w:hAnsi="Arial" w:cs="Arial" w:eastAsia="Arial"/>
          <w:lang w:val="he-IL" w:bidi="he-IL"/>
          <w:b/>
          <w:sz w:val="32"/>
          <w:rtl/>
          <w:szCs w:val="32"/>
          <w:bCs/>
        </w:rPr>
        <w:t>2. איזה קיצור הופך טקסט לנטוי?</w:t>
      </w:r>
    </w:p>
    <w:p>
      <w:pPr>
        <w:bidi/>
        <w:spacing w:after="20"/>
        <w:jc w:val="right"/>
      </w:pPr>
      <w:r>
        <w:rPr>
          <w:rFonts w:ascii="Arial" w:hAnsi="Arial" w:cs="Arial" w:eastAsia="Arial"/>
          <w:lang w:val="he-IL" w:bidi="he-IL"/>
          <w:sz w:val="32"/>
          <w:rtl/>
          <w:szCs w:val="32"/>
        </w:rPr>
        <w:t xml:space="preserve">      ☐ א. Ctrl+U</w:t>
      </w:r>
    </w:p>
    <w:p>
      <w:pPr>
        <w:bidi/>
        <w:spacing w:after="20"/>
        <w:jc w:val="right"/>
      </w:pPr>
      <w:r>
        <w:rPr>
          <w:rFonts w:ascii="Arial" w:hAnsi="Arial" w:cs="Arial" w:eastAsia="Arial"/>
          <w:lang w:val="he-IL" w:bidi="he-IL"/>
          <w:sz w:val="32"/>
          <w:rtl/>
          <w:szCs w:val="32"/>
        </w:rPr>
        <w:t xml:space="preserve">      ☐ ב. Ctrl+I</w:t>
      </w:r>
    </w:p>
    <w:p>
      <w:pPr>
        <w:bidi/>
        <w:spacing w:after="20"/>
        <w:jc w:val="right"/>
      </w:pPr>
      <w:r>
        <w:rPr>
          <w:rFonts w:ascii="Arial" w:hAnsi="Arial" w:cs="Arial" w:eastAsia="Arial"/>
          <w:lang w:val="he-IL" w:bidi="he-IL"/>
          <w:sz w:val="32"/>
          <w:rtl/>
          <w:szCs w:val="32"/>
        </w:rPr>
        <w:t xml:space="preserve">      ☐ ג. Ctrl+B</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עיצוב טקסט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הקיצור __________ ממרכז את הפסקה למעבד תמלילים</w:t>
      </w:r>
    </w:p>
    <w:p>
      <w:pPr>
        <w:bidi/>
        <w:spacing w:after="80"/>
        <w:jc w:val="right"/>
      </w:pPr>
      <w:r>
        <w:rPr>
          <w:rFonts w:ascii="Arial" w:hAnsi="Arial" w:cs="Arial" w:eastAsia="Arial"/>
          <w:lang w:val="he-IL" w:bidi="he-IL"/>
          <w:sz w:val="32"/>
          <w:rtl/>
          <w:szCs w:val="32"/>
        </w:rPr>
        <w:t>2. הקיצור Ctrl+R מיישר את הפסקה ל__________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עיצוב טקסט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בדפדפן, הקיצור Ctrl+R מרענן את הדף במקום ליישר 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בדפדפן, הקיצור Ctrl+L מיישר טקסט לשמאל כמו במעבד תמלילים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עיצוב טקסט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Ctrl+B</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קו תחתון</w:t>
            </w:r>
          </w:p>
        </w:tc>
      </w:tr>
      <w:tr>
        <w:tc>
          <w:tcPr>
            <w:tcW w:type="dxa" w:w="3969"/>
          </w:tcPr>
          <w:p>
            <w:pPr>
              <w:bidi/>
              <w:jc w:val="right"/>
            </w:pPr>
            <w:r>
              <w:rPr>
                <w:rFonts w:ascii="Arial" w:hAnsi="Arial" w:cs="Arial" w:eastAsia="Arial"/>
                <w:lang w:val="he-IL" w:bidi="he-IL"/>
                <w:sz w:val="32"/>
                <w:rtl/>
                <w:szCs w:val="32"/>
              </w:rPr>
              <w:t>2. Ctrl+I</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מירכוז</w:t>
            </w:r>
          </w:p>
        </w:tc>
      </w:tr>
      <w:tr>
        <w:tc>
          <w:tcPr>
            <w:tcW w:type="dxa" w:w="3969"/>
          </w:tcPr>
          <w:p>
            <w:pPr>
              <w:bidi/>
              <w:jc w:val="right"/>
            </w:pPr>
            <w:r>
              <w:rPr>
                <w:rFonts w:ascii="Arial" w:hAnsi="Arial" w:cs="Arial" w:eastAsia="Arial"/>
                <w:lang w:val="he-IL" w:bidi="he-IL"/>
                <w:sz w:val="32"/>
                <w:rtl/>
                <w:szCs w:val="32"/>
              </w:rPr>
              <w:t>3. Ctrl+U</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מודגש</w:t>
            </w:r>
          </w:p>
        </w:tc>
      </w:tr>
      <w:tr>
        <w:tc>
          <w:tcPr>
            <w:tcW w:type="dxa" w:w="3969"/>
          </w:tcPr>
          <w:p>
            <w:pPr>
              <w:bidi/>
              <w:jc w:val="right"/>
            </w:pPr>
            <w:r>
              <w:rPr>
                <w:rFonts w:ascii="Arial" w:hAnsi="Arial" w:cs="Arial" w:eastAsia="Arial"/>
                <w:lang w:val="he-IL" w:bidi="he-IL"/>
                <w:sz w:val="32"/>
                <w:rtl/>
                <w:szCs w:val="32"/>
              </w:rPr>
              <w:t>4. Ctrl+E</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נטוי</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חלונות ודפדפן – התאמת קיצורים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Alt + Tab</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קפיצה לשורת הכתובת</w:t>
            </w:r>
          </w:p>
        </w:tc>
      </w:tr>
      <w:tr>
        <w:tc>
          <w:tcPr>
            <w:tcW w:type="dxa" w:w="3969"/>
          </w:tcPr>
          <w:p>
            <w:pPr>
              <w:bidi/>
              <w:jc w:val="right"/>
            </w:pPr>
            <w:r>
              <w:rPr>
                <w:rFonts w:ascii="Arial" w:hAnsi="Arial" w:cs="Arial" w:eastAsia="Arial"/>
                <w:lang w:val="he-IL" w:bidi="he-IL"/>
                <w:sz w:val="32"/>
                <w:rtl/>
                <w:szCs w:val="32"/>
              </w:rPr>
              <w:t>2. Alt + F4</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רענון הדף</w:t>
            </w:r>
          </w:p>
        </w:tc>
      </w:tr>
      <w:tr>
        <w:tc>
          <w:tcPr>
            <w:tcW w:type="dxa" w:w="3969"/>
          </w:tcPr>
          <w:p>
            <w:pPr>
              <w:bidi/>
              <w:jc w:val="right"/>
            </w:pPr>
            <w:r>
              <w:rPr>
                <w:rFonts w:ascii="Arial" w:hAnsi="Arial" w:cs="Arial" w:eastAsia="Arial"/>
                <w:lang w:val="he-IL" w:bidi="he-IL"/>
                <w:sz w:val="32"/>
                <w:rtl/>
                <w:szCs w:val="32"/>
              </w:rPr>
              <w:t>3. Ctrl + R (בדפדפן)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מעבר בין חלונות פתוחים</w:t>
            </w:r>
          </w:p>
        </w:tc>
      </w:tr>
      <w:tr>
        <w:tc>
          <w:tcPr>
            <w:tcW w:type="dxa" w:w="3969"/>
          </w:tcPr>
          <w:p>
            <w:pPr>
              <w:bidi/>
              <w:jc w:val="right"/>
            </w:pPr>
            <w:r>
              <w:rPr>
                <w:rFonts w:ascii="Arial" w:hAnsi="Arial" w:cs="Arial" w:eastAsia="Arial"/>
                <w:lang w:val="he-IL" w:bidi="he-IL"/>
                <w:sz w:val="32"/>
                <w:rtl/>
                <w:szCs w:val="32"/>
              </w:rPr>
              <w:t>4. Ctrl + L (בדפדפן)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סגירת חלון או תוכנה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חלונות ודפדפן – הבנה ויישום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צירוף עוזר לעבור בין חלונות שפתוחים במחשב?</w:t>
      </w:r>
    </w:p>
    <w:p>
      <w:pPr>
        <w:bidi/>
        <w:spacing w:after="20"/>
        <w:jc w:val="right"/>
      </w:pPr>
      <w:r>
        <w:rPr>
          <w:rFonts w:ascii="Arial" w:hAnsi="Arial" w:cs="Arial" w:eastAsia="Arial"/>
          <w:lang w:val="he-IL" w:bidi="he-IL"/>
          <w:sz w:val="32"/>
          <w:rtl/>
          <w:szCs w:val="32"/>
        </w:rPr>
        <w:t xml:space="preserve">      ☐ א. Ctrl+Z</w:t>
      </w:r>
    </w:p>
    <w:p>
      <w:pPr>
        <w:bidi/>
        <w:spacing w:after="20"/>
        <w:jc w:val="right"/>
      </w:pPr>
      <w:r>
        <w:rPr>
          <w:rFonts w:ascii="Arial" w:hAnsi="Arial" w:cs="Arial" w:eastAsia="Arial"/>
          <w:lang w:val="he-IL" w:bidi="he-IL"/>
          <w:sz w:val="32"/>
          <w:rtl/>
          <w:szCs w:val="32"/>
        </w:rPr>
        <w:t xml:space="preserve">      ☐ ב. Alt+Tab</w:t>
      </w:r>
    </w:p>
    <w:p>
      <w:pPr>
        <w:bidi/>
        <w:spacing w:after="20"/>
        <w:jc w:val="right"/>
      </w:pPr>
      <w:r>
        <w:rPr>
          <w:rFonts w:ascii="Arial" w:hAnsi="Arial" w:cs="Arial" w:eastAsia="Arial"/>
          <w:lang w:val="he-IL" w:bidi="he-IL"/>
          <w:sz w:val="32"/>
          <w:rtl/>
          <w:szCs w:val="32"/>
        </w:rPr>
        <w:t xml:space="preserve">      ☐ ג. Ctrl+S</w:t>
      </w:r>
    </w:p>
    <w:p>
      <w:pPr>
        <w:bidi/>
        <w:spacing w:after="20"/>
        <w:jc w:val="right"/>
      </w:pPr>
      <w:r>
        <w:rPr>
          <w:rFonts w:ascii="Arial" w:hAnsi="Arial" w:cs="Arial" w:eastAsia="Arial"/>
          <w:lang w:val="he-IL" w:bidi="he-IL"/>
          <w:b/>
          <w:sz w:val="32"/>
          <w:rtl/>
          <w:szCs w:val="32"/>
          <w:bCs/>
        </w:rPr>
        <w:t>2. איזה צירוף סוגר חלון או תוכנה שפתוחה?</w:t>
      </w:r>
    </w:p>
    <w:p>
      <w:pPr>
        <w:bidi/>
        <w:spacing w:after="20"/>
        <w:jc w:val="right"/>
      </w:pPr>
      <w:r>
        <w:rPr>
          <w:rFonts w:ascii="Arial" w:hAnsi="Arial" w:cs="Arial" w:eastAsia="Arial"/>
          <w:lang w:val="he-IL" w:bidi="he-IL"/>
          <w:sz w:val="32"/>
          <w:rtl/>
          <w:szCs w:val="32"/>
        </w:rPr>
        <w:t xml:space="preserve">      ☐ א. Alt+Tab</w:t>
      </w:r>
    </w:p>
    <w:p>
      <w:pPr>
        <w:bidi/>
        <w:spacing w:after="20"/>
        <w:jc w:val="right"/>
      </w:pPr>
      <w:r>
        <w:rPr>
          <w:rFonts w:ascii="Arial" w:hAnsi="Arial" w:cs="Arial" w:eastAsia="Arial"/>
          <w:lang w:val="he-IL" w:bidi="he-IL"/>
          <w:sz w:val="32"/>
          <w:rtl/>
          <w:szCs w:val="32"/>
        </w:rPr>
        <w:t xml:space="preserve">      ☐ ב. Ctrl+N</w:t>
      </w:r>
    </w:p>
    <w:p>
      <w:pPr>
        <w:bidi/>
        <w:spacing w:after="20"/>
        <w:jc w:val="right"/>
      </w:pPr>
      <w:r>
        <w:rPr>
          <w:rFonts w:ascii="Arial" w:hAnsi="Arial" w:cs="Arial" w:eastAsia="Arial"/>
          <w:lang w:val="he-IL" w:bidi="he-IL"/>
          <w:sz w:val="32"/>
          <w:rtl/>
          <w:szCs w:val="32"/>
        </w:rPr>
        <w:t xml:space="preserve">      ☐ ג. Alt+F4</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חלונות ודפדפן – חשיבה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Alt+Tab עוזר לעבור בין קבצים שונים בתוך אותה תוכנה פתוחה.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כשלוחצים Ctrl+L בדפדפן, המקלדת מוחקת את כל הטקסט בדף.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ניקוד במקלדת – הכרת הכללים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כדי לנקד במקלדת לוחצים על...</w:t>
      </w:r>
    </w:p>
    <w:p>
      <w:pPr>
        <w:bidi/>
        <w:spacing w:after="20"/>
        <w:jc w:val="right"/>
      </w:pPr>
      <w:r>
        <w:rPr>
          <w:rFonts w:ascii="Arial" w:hAnsi="Arial" w:cs="Arial" w:eastAsia="Arial"/>
          <w:lang w:val="he-IL" w:bidi="he-IL"/>
          <w:sz w:val="32"/>
          <w:rtl/>
          <w:szCs w:val="32"/>
        </w:rPr>
        <w:t xml:space="preserve">      ☐ א. Alt השמאלי לבד</w:t>
      </w:r>
    </w:p>
    <w:p>
      <w:pPr>
        <w:bidi/>
        <w:spacing w:after="20"/>
        <w:jc w:val="right"/>
      </w:pPr>
      <w:r>
        <w:rPr>
          <w:rFonts w:ascii="Arial" w:hAnsi="Arial" w:cs="Arial" w:eastAsia="Arial"/>
          <w:lang w:val="he-IL" w:bidi="he-IL"/>
          <w:sz w:val="32"/>
          <w:rtl/>
          <w:szCs w:val="32"/>
        </w:rPr>
        <w:t xml:space="preserve">      ☐ ב. Alt הימני (או Ctrl+Alt יחד)</w:t>
      </w:r>
    </w:p>
    <w:p>
      <w:pPr>
        <w:bidi/>
        <w:spacing w:after="20"/>
        <w:jc w:val="right"/>
      </w:pPr>
      <w:r>
        <w:rPr>
          <w:rFonts w:ascii="Arial" w:hAnsi="Arial" w:cs="Arial" w:eastAsia="Arial"/>
          <w:lang w:val="he-IL" w:bidi="he-IL"/>
          <w:sz w:val="32"/>
          <w:rtl/>
          <w:szCs w:val="32"/>
        </w:rPr>
        <w:t xml:space="preserve">      ☐ ג. Shift לבד</w:t>
      </w:r>
    </w:p>
    <w:p>
      <w:pPr>
        <w:bidi/>
        <w:spacing w:after="20"/>
        <w:jc w:val="right"/>
      </w:pPr>
      <w:r>
        <w:rPr>
          <w:rFonts w:ascii="Arial" w:hAnsi="Arial" w:cs="Arial" w:eastAsia="Arial"/>
          <w:lang w:val="he-IL" w:bidi="he-IL"/>
          <w:b/>
          <w:sz w:val="32"/>
          <w:rtl/>
          <w:szCs w:val="32"/>
          <w:bCs/>
        </w:rPr>
        <w:t>2. איזה צירוף מקליד קָמָץ?</w:t>
      </w:r>
    </w:p>
    <w:p>
      <w:pPr>
        <w:bidi/>
        <w:spacing w:after="20"/>
        <w:jc w:val="right"/>
      </w:pPr>
      <w:r>
        <w:rPr>
          <w:rFonts w:ascii="Arial" w:hAnsi="Arial" w:cs="Arial" w:eastAsia="Arial"/>
          <w:lang w:val="he-IL" w:bidi="he-IL"/>
          <w:sz w:val="32"/>
          <w:rtl/>
          <w:szCs w:val="32"/>
        </w:rPr>
        <w:t xml:space="preserve">      ☐ א. Alt ימני + ק</w:t>
      </w:r>
    </w:p>
    <w:p>
      <w:pPr>
        <w:bidi/>
        <w:spacing w:after="20"/>
        <w:jc w:val="right"/>
      </w:pPr>
      <w:r>
        <w:rPr>
          <w:rFonts w:ascii="Arial" w:hAnsi="Arial" w:cs="Arial" w:eastAsia="Arial"/>
          <w:lang w:val="he-IL" w:bidi="he-IL"/>
          <w:sz w:val="32"/>
          <w:rtl/>
          <w:szCs w:val="32"/>
        </w:rPr>
        <w:t xml:space="preserve">      ☐ ב. Alt ימני + פ</w:t>
      </w:r>
    </w:p>
    <w:p>
      <w:pPr>
        <w:bidi/>
        <w:spacing w:after="20"/>
        <w:jc w:val="right"/>
      </w:pPr>
      <w:r>
        <w:rPr>
          <w:rFonts w:ascii="Arial" w:hAnsi="Arial" w:cs="Arial" w:eastAsia="Arial"/>
          <w:lang w:val="he-IL" w:bidi="he-IL"/>
          <w:sz w:val="32"/>
          <w:rtl/>
          <w:szCs w:val="32"/>
        </w:rPr>
        <w:t xml:space="preserve">      ☐ ג. Alt ימני + צ</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ניקוד במקלדת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Alt השמאלי לבד מנקד בדיוק כמו Alt הימני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כדי לנקד, מקלידים קודם את האות ורק אחר כך את סימן הניקוד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ניקוד במקלדת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להקליד פַּתָּח לוחצים על Alt ימני ועל האות __________</w:t>
      </w:r>
    </w:p>
    <w:p>
      <w:pPr>
        <w:bidi/>
        <w:spacing w:after="80"/>
        <w:jc w:val="right"/>
      </w:pPr>
      <w:r>
        <w:rPr>
          <w:rFonts w:ascii="Arial" w:hAnsi="Arial" w:cs="Arial" w:eastAsia="Arial"/>
          <w:lang w:val="he-IL" w:bidi="he-IL"/>
          <w:sz w:val="32"/>
          <w:rtl/>
          <w:szCs w:val="32"/>
        </w:rPr>
        <w:t>2. כדי להקליד חוֹלָם לוחצים על Alt ימני ועל האות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ניקוד במקלדת – התאמת ניקוד לאות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קָמָץ</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w:t>
            </w:r>
          </w:p>
        </w:tc>
      </w:tr>
      <w:tr>
        <w:tc>
          <w:tcPr>
            <w:tcW w:type="dxa" w:w="3969"/>
          </w:tcPr>
          <w:p>
            <w:pPr>
              <w:bidi/>
              <w:jc w:val="right"/>
            </w:pPr>
            <w:r>
              <w:rPr>
                <w:rFonts w:ascii="Arial" w:hAnsi="Arial" w:cs="Arial" w:eastAsia="Arial"/>
                <w:lang w:val="he-IL" w:bidi="he-IL"/>
                <w:sz w:val="32"/>
                <w:rtl/>
                <w:szCs w:val="32"/>
              </w:rPr>
              <w:t>2. צֵירֵי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w:t>
            </w:r>
          </w:p>
        </w:tc>
      </w:tr>
      <w:tr>
        <w:tc>
          <w:tcPr>
            <w:tcW w:type="dxa" w:w="3969"/>
          </w:tcPr>
          <w:p>
            <w:pPr>
              <w:bidi/>
              <w:jc w:val="right"/>
            </w:pPr>
            <w:r>
              <w:rPr>
                <w:rFonts w:ascii="Arial" w:hAnsi="Arial" w:cs="Arial" w:eastAsia="Arial"/>
                <w:lang w:val="he-IL" w:bidi="he-IL"/>
                <w:sz w:val="32"/>
                <w:rtl/>
                <w:szCs w:val="32"/>
              </w:rPr>
              <w:t>3. חִירִיק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ק</w:t>
            </w:r>
          </w:p>
        </w:tc>
      </w:tr>
      <w:tr>
        <w:tc>
          <w:tcPr>
            <w:tcW w:type="dxa" w:w="3969"/>
          </w:tcPr>
          <w:p>
            <w:pPr>
              <w:bidi/>
              <w:jc w:val="right"/>
            </w:pPr>
            <w:r>
              <w:rPr>
                <w:rFonts w:ascii="Arial" w:hAnsi="Arial" w:cs="Arial" w:eastAsia="Arial"/>
                <w:lang w:val="he-IL" w:bidi="he-IL"/>
                <w:sz w:val="32"/>
                <w:rtl/>
                <w:szCs w:val="32"/>
              </w:rPr>
              <w:t>4. שְׁוָא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צ</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תרגול מסכם וחידון – זיהוי קיצורים בסיסיים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עושה הקיצור Ctrl+C?</w:t>
      </w:r>
    </w:p>
    <w:p>
      <w:pPr>
        <w:bidi/>
        <w:spacing w:after="20"/>
        <w:jc w:val="right"/>
      </w:pPr>
      <w:r>
        <w:rPr>
          <w:rFonts w:ascii="Arial" w:hAnsi="Arial" w:cs="Arial" w:eastAsia="Arial"/>
          <w:lang w:val="he-IL" w:bidi="he-IL"/>
          <w:sz w:val="32"/>
          <w:rtl/>
          <w:szCs w:val="32"/>
        </w:rPr>
        <w:t xml:space="preserve">      ☐ א. מדביק טקסט</w:t>
      </w:r>
    </w:p>
    <w:p>
      <w:pPr>
        <w:bidi/>
        <w:spacing w:after="20"/>
        <w:jc w:val="right"/>
      </w:pPr>
      <w:r>
        <w:rPr>
          <w:rFonts w:ascii="Arial" w:hAnsi="Arial" w:cs="Arial" w:eastAsia="Arial"/>
          <w:lang w:val="he-IL" w:bidi="he-IL"/>
          <w:sz w:val="32"/>
          <w:rtl/>
          <w:szCs w:val="32"/>
        </w:rPr>
        <w:t xml:space="preserve">      ☐ ב. מעתיק טקסט</w:t>
      </w:r>
    </w:p>
    <w:p>
      <w:pPr>
        <w:bidi/>
        <w:spacing w:after="20"/>
        <w:jc w:val="right"/>
      </w:pPr>
      <w:r>
        <w:rPr>
          <w:rFonts w:ascii="Arial" w:hAnsi="Arial" w:cs="Arial" w:eastAsia="Arial"/>
          <w:lang w:val="he-IL" w:bidi="he-IL"/>
          <w:sz w:val="32"/>
          <w:rtl/>
          <w:szCs w:val="32"/>
        </w:rPr>
        <w:t xml:space="preserve">      ☐ ג. מוחק טקסט</w:t>
      </w:r>
    </w:p>
    <w:p>
      <w:pPr>
        <w:bidi/>
        <w:spacing w:after="20"/>
        <w:jc w:val="right"/>
      </w:pPr>
      <w:r>
        <w:rPr>
          <w:rFonts w:ascii="Arial" w:hAnsi="Arial" w:cs="Arial" w:eastAsia="Arial"/>
          <w:lang w:val="he-IL" w:bidi="he-IL"/>
          <w:b/>
          <w:sz w:val="32"/>
          <w:rtl/>
          <w:szCs w:val="32"/>
          <w:bCs/>
        </w:rPr>
        <w:t>2. מה עושה הקיצור Ctrl+V?</w:t>
      </w:r>
    </w:p>
    <w:p>
      <w:pPr>
        <w:bidi/>
        <w:spacing w:after="20"/>
        <w:jc w:val="right"/>
      </w:pPr>
      <w:r>
        <w:rPr>
          <w:rFonts w:ascii="Arial" w:hAnsi="Arial" w:cs="Arial" w:eastAsia="Arial"/>
          <w:lang w:val="he-IL" w:bidi="he-IL"/>
          <w:sz w:val="32"/>
          <w:rtl/>
          <w:szCs w:val="32"/>
        </w:rPr>
        <w:t xml:space="preserve">      ☐ א. גזירה</w:t>
      </w:r>
    </w:p>
    <w:p>
      <w:pPr>
        <w:bidi/>
        <w:spacing w:after="20"/>
        <w:jc w:val="right"/>
      </w:pPr>
      <w:r>
        <w:rPr>
          <w:rFonts w:ascii="Arial" w:hAnsi="Arial" w:cs="Arial" w:eastAsia="Arial"/>
          <w:lang w:val="he-IL" w:bidi="he-IL"/>
          <w:sz w:val="32"/>
          <w:rtl/>
          <w:szCs w:val="32"/>
        </w:rPr>
        <w:t xml:space="preserve">      ☐ ב. העתקה</w:t>
      </w:r>
    </w:p>
    <w:p>
      <w:pPr>
        <w:bidi/>
        <w:spacing w:after="20"/>
        <w:jc w:val="right"/>
      </w:pPr>
      <w:r>
        <w:rPr>
          <w:rFonts w:ascii="Arial" w:hAnsi="Arial" w:cs="Arial" w:eastAsia="Arial"/>
          <w:lang w:val="he-IL" w:bidi="he-IL"/>
          <w:sz w:val="32"/>
          <w:rtl/>
          <w:szCs w:val="32"/>
        </w:rPr>
        <w:t xml:space="preserve">      ☐ ג. הדבקה</w:t>
      </w:r>
    </w:p>
    <w:p>
      <w:pPr>
        <w:bidi/>
        <w:spacing w:after="20"/>
        <w:jc w:val="right"/>
      </w:pPr>
      <w:r>
        <w:rPr>
          <w:rFonts w:ascii="Arial" w:hAnsi="Arial" w:cs="Arial" w:eastAsia="Arial"/>
          <w:lang w:val="he-IL" w:bidi="he-IL"/>
          <w:b/>
          <w:sz w:val="32"/>
          <w:rtl/>
          <w:szCs w:val="32"/>
          <w:bCs/>
        </w:rPr>
        <w:t>3. מה עושה הקיצור Ctrl+S?</w:t>
      </w:r>
    </w:p>
    <w:p>
      <w:pPr>
        <w:bidi/>
        <w:spacing w:after="20"/>
        <w:jc w:val="right"/>
      </w:pPr>
      <w:r>
        <w:rPr>
          <w:rFonts w:ascii="Arial" w:hAnsi="Arial" w:cs="Arial" w:eastAsia="Arial"/>
          <w:lang w:val="he-IL" w:bidi="he-IL"/>
          <w:sz w:val="32"/>
          <w:rtl/>
          <w:szCs w:val="32"/>
        </w:rPr>
        <w:t xml:space="preserve">      ☐ א. שמירה</w:t>
      </w:r>
    </w:p>
    <w:p>
      <w:pPr>
        <w:bidi/>
        <w:spacing w:after="20"/>
        <w:jc w:val="right"/>
      </w:pPr>
      <w:r>
        <w:rPr>
          <w:rFonts w:ascii="Arial" w:hAnsi="Arial" w:cs="Arial" w:eastAsia="Arial"/>
          <w:lang w:val="he-IL" w:bidi="he-IL"/>
          <w:sz w:val="32"/>
          <w:rtl/>
          <w:szCs w:val="32"/>
        </w:rPr>
        <w:t xml:space="preserve">      ☐ ב. הדפסה</w:t>
      </w:r>
    </w:p>
    <w:p>
      <w:pPr>
        <w:bidi/>
        <w:spacing w:after="20"/>
        <w:jc w:val="right"/>
      </w:pPr>
      <w:r>
        <w:rPr>
          <w:rFonts w:ascii="Arial" w:hAnsi="Arial" w:cs="Arial" w:eastAsia="Arial"/>
          <w:lang w:val="he-IL" w:bidi="he-IL"/>
          <w:sz w:val="32"/>
          <w:rtl/>
          <w:szCs w:val="32"/>
        </w:rPr>
        <w:t xml:space="preserve">      ☐ ג. חיפוש</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תרגול מסכם וחידון – התאמת קיצור לפעולה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Ctrl + X</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בחירת הכול</w:t>
            </w:r>
          </w:p>
        </w:tc>
      </w:tr>
      <w:tr>
        <w:tc>
          <w:tcPr>
            <w:tcW w:type="dxa" w:w="3969"/>
          </w:tcPr>
          <w:p>
            <w:pPr>
              <w:bidi/>
              <w:jc w:val="right"/>
            </w:pPr>
            <w:r>
              <w:rPr>
                <w:rFonts w:ascii="Arial" w:hAnsi="Arial" w:cs="Arial" w:eastAsia="Arial"/>
                <w:lang w:val="he-IL" w:bidi="he-IL"/>
                <w:sz w:val="32"/>
                <w:rtl/>
                <w:szCs w:val="32"/>
              </w:rPr>
              <w:t>2. Ctrl + Z</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גזירה</w:t>
            </w:r>
          </w:p>
        </w:tc>
      </w:tr>
      <w:tr>
        <w:tc>
          <w:tcPr>
            <w:tcW w:type="dxa" w:w="3969"/>
          </w:tcPr>
          <w:p>
            <w:pPr>
              <w:bidi/>
              <w:jc w:val="right"/>
            </w:pPr>
            <w:r>
              <w:rPr>
                <w:rFonts w:ascii="Arial" w:hAnsi="Arial" w:cs="Arial" w:eastAsia="Arial"/>
                <w:lang w:val="he-IL" w:bidi="he-IL"/>
                <w:sz w:val="32"/>
                <w:rtl/>
                <w:szCs w:val="32"/>
              </w:rPr>
              <w:t>3. Ctrl + A</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ביטול פעולה</w:t>
            </w:r>
          </w:p>
        </w:tc>
      </w:tr>
      <w:tr>
        <w:tc>
          <w:tcPr>
            <w:tcW w:type="dxa" w:w="3969"/>
          </w:tcPr>
          <w:p>
            <w:pPr>
              <w:bidi/>
              <w:jc w:val="right"/>
            </w:pPr>
            <w:r>
              <w:rPr>
                <w:rFonts w:ascii="Arial" w:hAnsi="Arial" w:cs="Arial" w:eastAsia="Arial"/>
                <w:lang w:val="he-IL" w:bidi="he-IL"/>
                <w:sz w:val="32"/>
                <w:rtl/>
                <w:szCs w:val="32"/>
              </w:rPr>
              <w:t>4. Ctrl + B</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מודגש</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תרגול מסכם וחידון – יישום וחשיבה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אילו שני קיצורים צריך להשתמש כדי לשמור מסמך ואז מיד להדפיס אותו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תנו דוגמה למצב שבו כדאי להשתמש בקיצור Ctrl+F</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התאמה כוללת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Ctrl + C</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קו תחתון</w:t>
            </w:r>
          </w:p>
        </w:tc>
      </w:tr>
      <w:tr>
        <w:tc>
          <w:tcPr>
            <w:tcW w:type="dxa" w:w="3969"/>
          </w:tcPr>
          <w:p>
            <w:pPr>
              <w:bidi/>
              <w:jc w:val="right"/>
            </w:pPr>
            <w:r>
              <w:rPr>
                <w:rFonts w:ascii="Arial" w:hAnsi="Arial" w:cs="Arial" w:eastAsia="Arial"/>
                <w:lang w:val="he-IL" w:bidi="he-IL"/>
                <w:sz w:val="32"/>
                <w:rtl/>
                <w:szCs w:val="32"/>
              </w:rPr>
              <w:t>2. Ctrl + Z</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העתקה</w:t>
            </w:r>
          </w:p>
        </w:tc>
      </w:tr>
      <w:tr>
        <w:tc>
          <w:tcPr>
            <w:tcW w:type="dxa" w:w="3969"/>
          </w:tcPr>
          <w:p>
            <w:pPr>
              <w:bidi/>
              <w:jc w:val="right"/>
            </w:pPr>
            <w:r>
              <w:rPr>
                <w:rFonts w:ascii="Arial" w:hAnsi="Arial" w:cs="Arial" w:eastAsia="Arial"/>
                <w:lang w:val="he-IL" w:bidi="he-IL"/>
                <w:sz w:val="32"/>
                <w:rtl/>
                <w:szCs w:val="32"/>
              </w:rPr>
              <w:t>3. Ctrl + B</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ביטול פעולה</w:t>
            </w:r>
          </w:p>
        </w:tc>
      </w:tr>
      <w:tr>
        <w:tc>
          <w:tcPr>
            <w:tcW w:type="dxa" w:w="3969"/>
          </w:tcPr>
          <w:p>
            <w:pPr>
              <w:bidi/>
              <w:jc w:val="right"/>
            </w:pPr>
            <w:r>
              <w:rPr>
                <w:rFonts w:ascii="Arial" w:hAnsi="Arial" w:cs="Arial" w:eastAsia="Arial"/>
                <w:lang w:val="he-IL" w:bidi="he-IL"/>
                <w:sz w:val="32"/>
                <w:rtl/>
                <w:szCs w:val="32"/>
              </w:rPr>
              <w:t>4. Ctrl + U</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מודגש</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חזרה מסכמת – שאלות אמריקאיות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קיצור פותח חלון הדפסה?</w:t>
      </w:r>
    </w:p>
    <w:p>
      <w:pPr>
        <w:bidi/>
        <w:spacing w:after="20"/>
        <w:jc w:val="right"/>
      </w:pPr>
      <w:r>
        <w:rPr>
          <w:rFonts w:ascii="Arial" w:hAnsi="Arial" w:cs="Arial" w:eastAsia="Arial"/>
          <w:lang w:val="he-IL" w:bidi="he-IL"/>
          <w:sz w:val="32"/>
          <w:rtl/>
          <w:szCs w:val="32"/>
        </w:rPr>
        <w:t xml:space="preserve">      ☐ א. Ctrl + P</w:t>
      </w:r>
    </w:p>
    <w:p>
      <w:pPr>
        <w:bidi/>
        <w:spacing w:after="20"/>
        <w:jc w:val="right"/>
      </w:pPr>
      <w:r>
        <w:rPr>
          <w:rFonts w:ascii="Arial" w:hAnsi="Arial" w:cs="Arial" w:eastAsia="Arial"/>
          <w:lang w:val="he-IL" w:bidi="he-IL"/>
          <w:sz w:val="32"/>
          <w:rtl/>
          <w:szCs w:val="32"/>
        </w:rPr>
        <w:t xml:space="preserve">      ☐ ב. Ctrl + N</w:t>
      </w:r>
    </w:p>
    <w:p>
      <w:pPr>
        <w:bidi/>
        <w:spacing w:after="20"/>
        <w:jc w:val="right"/>
      </w:pPr>
      <w:r>
        <w:rPr>
          <w:rFonts w:ascii="Arial" w:hAnsi="Arial" w:cs="Arial" w:eastAsia="Arial"/>
          <w:lang w:val="he-IL" w:bidi="he-IL"/>
          <w:sz w:val="32"/>
          <w:rtl/>
          <w:szCs w:val="32"/>
        </w:rPr>
        <w:t xml:space="preserve">      ☐ ג. Ctrl + O</w:t>
      </w:r>
    </w:p>
    <w:p>
      <w:pPr>
        <w:bidi/>
        <w:spacing w:after="20"/>
        <w:jc w:val="right"/>
      </w:pPr>
      <w:r>
        <w:rPr>
          <w:rFonts w:ascii="Arial" w:hAnsi="Arial" w:cs="Arial" w:eastAsia="Arial"/>
          <w:lang w:val="he-IL" w:bidi="he-IL"/>
          <w:b/>
          <w:sz w:val="32"/>
          <w:rtl/>
          <w:szCs w:val="32"/>
          <w:bCs/>
        </w:rPr>
        <w:t>2. מה עושה Ctrl + A?</w:t>
      </w:r>
    </w:p>
    <w:p>
      <w:pPr>
        <w:bidi/>
        <w:spacing w:after="20"/>
        <w:jc w:val="right"/>
      </w:pPr>
      <w:r>
        <w:rPr>
          <w:rFonts w:ascii="Arial" w:hAnsi="Arial" w:cs="Arial" w:eastAsia="Arial"/>
          <w:lang w:val="he-IL" w:bidi="he-IL"/>
          <w:sz w:val="32"/>
          <w:rtl/>
          <w:szCs w:val="32"/>
        </w:rPr>
        <w:t xml:space="preserve">      ☐ א. שמירה</w:t>
      </w:r>
    </w:p>
    <w:p>
      <w:pPr>
        <w:bidi/>
        <w:spacing w:after="20"/>
        <w:jc w:val="right"/>
      </w:pPr>
      <w:r>
        <w:rPr>
          <w:rFonts w:ascii="Arial" w:hAnsi="Arial" w:cs="Arial" w:eastAsia="Arial"/>
          <w:lang w:val="he-IL" w:bidi="he-IL"/>
          <w:sz w:val="32"/>
          <w:rtl/>
          <w:szCs w:val="32"/>
        </w:rPr>
        <w:t xml:space="preserve">      ☐ ב. בחירת הכול</w:t>
      </w:r>
    </w:p>
    <w:p>
      <w:pPr>
        <w:bidi/>
        <w:spacing w:after="20"/>
        <w:jc w:val="right"/>
      </w:pPr>
      <w:r>
        <w:rPr>
          <w:rFonts w:ascii="Arial" w:hAnsi="Arial" w:cs="Arial" w:eastAsia="Arial"/>
          <w:lang w:val="he-IL" w:bidi="he-IL"/>
          <w:sz w:val="32"/>
          <w:rtl/>
          <w:szCs w:val="32"/>
        </w:rPr>
        <w:t xml:space="preserve">      ☐ ג. הדבקה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יודע/ת לפחות 8 קיצורים לעבודה עם קבצים וטקסט בעל פה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יודע/ת להסביר את ההבדל בין קיצור בדפדפן לבין אותו קיצור בתוכנת כתיבה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קיצורי מקלדת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