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ולזהות את קיצורי המקלדת הנפוצים בעבודה עם קבצים וטקסט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להשתמש בקיצורי עיצוב טקסט וניווט בין חלונות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בהקלדת ניקוד עברי באמצעות מקשי Alt ימני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שליפה מהירה של קיצורים דרך משימות דמויות-משחק על הנייר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קיצורי קבצים ועריכה – זיהוי קיצורים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Ctrl+C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Ctrl+V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Ctrl+Z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Ctrl+S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Ctrl+P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קיצורי קבצים ועריכה – התאמה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(בחירת הכול)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(פתיחת קובץ)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(קובץ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(חיפוש)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קיצורי קבצים ועריכה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Ctrl+Y הוא ביצוע חוזר (Redo)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Ctrl+X הוא גזירה – הטקסט מוסר מהמקור, זו ההבדל מהעתקה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בכרטיס של ביטול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קיצורי קבצים ועריכה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Ctrl+Z (ביטול פעולה) – כי Ctrl+X מוציא את כל מה שנבחר, בעוד Ctrl+Z פשוט חוזר צעד אחורה בלי להסיר תוכן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ב-Ctrl+C המקור נשאר במקום, ואילו ב-Ctrl+X המקור נמחק ועובר למקום החדש בהדבקה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קודם Ctrl+X (גזירה) כדי להוציא את הפסקה, ואז Ctrl+V (הדבקה) במקום החדש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עיצוב טקסט – היכרות עם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Ctrl+U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עיצוב טקסט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עיצוב טקסט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בדפדפן אותו קיצור מרענן את הדף, לא מיישר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בדפדפן הקיצור קופץ לשורת הכתובת ולא מיישר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בדפדפן אין מירכוז כזה, הקיצור הזה שייך בעיקר למעבדי תמלילים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עיצוב טקסט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(מודגש)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(קו תחתון)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(מירכוז)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(יישור לימין)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חלונות ודפדפן – התאמת 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(מעבר בין חלונות פתוחים)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(סגירת חלון או תוכנה)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(רענון הדף)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(קפיצה לשורת הכתובת)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(חיפוש מילה בדף)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חלונות ודפדפן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Alt+Tab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Alt+F4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מרענן את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קופץ לשורת הכתובת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במעבד תמלילים זה מרכז פסקה ובדפדפן זה מרענן את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חלונות ודפדפן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הקיצור עוזר לעבור בין תוכנות וחלונות שונים שפתוחים במחשב, לא בין קבצים בתוך אותה תוכנה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אותם מקשים יכולים לקבל פירוש שונה בהתאם לתוכנה הפעילה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קיצור כללי לסגירת חלון או תוכנה, והוא עובד במגוון רחב של תוכנות ולא רק בדפדפן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הקיצור קופץ לשורת הכתובת של הדפדפן, הוא לא מוחק טקסט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ניקוד במקלדת – הכרת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 הימני (או Ctrl+Alt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Alt ימני + 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עברית (תקנית)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ניקוד במקלדת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Alt הימני (או Ctrl+Alt יחד) מנקד, Alt שמאלי לבד לא 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 סדר ההקלדה בכל הצירופים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שי״ן ימנית היא Alt ימני + W, ושי״ן שמאלית היא Alt ימני + Q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ניקוד במקלדת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ניקוד במקלדת – התאמת ניקוד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מסכם וחידון – זיהוי קיצורים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מעתיק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פותח לוח אימוג׳ים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מסכם וחידון – התאמת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(ביטול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(בחירת הכול)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(מודגש)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(מירכוז)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(יישור לימין)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מסכם וחידון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Ctrl+S לשמירה, ואז Ctrl+P להדפסה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Ctrl+Z מבטל פעולה אחרונה, Ctrl+Y מחזיר פעולה שבוטלה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כשרוצים למצוא מילה מסוימת בתוך מסמך ארוך או בדף 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מקלידים קודם את האות ואז לוחצים Alt ימני יחד עם האות שמסמלת את שם הניקוד, למשל Alt ימני + ק עבור קמץ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התאמה כוללת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(ביטול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(מודגש)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 תחתון)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(מעבר בין חלונות)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(חיפוש)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 + P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בחירת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Ctrl + 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Alt ימני +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בדפדפן זה מרענן את הדף, במעבד תמלילים זה מיישר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Alt ימני + W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לשלוף קיצור נכון תוך שניות ספורות מהזיכרון, בלי לחפש בכרטיסים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שאותו קיצור (כמו Ctrl+R) יכול להתנהג אחרת בדפדפן לעומת 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לזהות את האות המתאימה לכל סימן ניקוד ולהרכיב מילה 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קצרים – פרק אחד או שניים בכל פעם, עם חזרה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אתגר של שרשרת קיצורים (לדוגמה: פתיחה, עריכה ושמירה ברצף)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כדאי להתחיל רק מהפרק הראשון ולחזור עליו פעמיים לפני מעבר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תרגול בעל פה בכיתה (כמו במשחק ההתאמה והתחרות) לצד הכתיבה בחוברת, כדי לחזק את הזיכרון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לומדים קיצורי מקלדת. קוראים כל פרק, חושבים אילו מקשים לוחצים, וכותבים תשובה. בסוף בודקים את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קיצור 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לחיצה על כמה מקשים יחד שעושה פעולה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Ctrl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שלוחצים יחד עם אות כדי להפעיל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Alt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שמשמש למעבר בין חלונות או להקלדת ניקוד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העתקה והדבקה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טקסט ממקום אחד ולהעביר אותו למקום אחר בלי למחוק את המקור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להוציא טקסט ממקום אחד כדי להדביק אותו במקום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ביטול וביצוע חוזר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צעד אחורה בטעות, או להחזיר פעולה שביטלנו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יישור 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לקבוע אם הפסקה תהיה לימין, לשמאל או באמצע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Alt ימני (AltGr)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המקש המיוחד שמשמש להקלדת ניקוד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הסימנים הקטנים מתחת או מעל לאותיות שמראים איך לקרוא אותן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פריסת 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ההגדרה במחשב שקובעת אילו אותיות וסימנים מקישים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קיצורי קבצים ועריכה – זיהוי קיצורים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הקיצור להעתקה?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הקיצור להדבקה?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הקיצור לביטול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הקיצור לשמירה?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הקיצור להדפסה?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Ctrl+V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קיצורי קבצים ועריכה – התאמה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קובץ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חיפוש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Ctrl+O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Ctrl+N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פתיחת קובץ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Ctrl+F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בחירת הכול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קיצורי קבצים ועריכה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Ctrl+Y מבצע שוב פעולה שבוטלה בטעות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Ctrl+X מעתיק טקסט אבל משאיר אותו במקום המקורי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כמה פעמים על Ctrl+Z כדי לחזור כמה צעדים אחורה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קיצורי קבצים ועריכה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הקלדתם פסקה ארוכה וטעיתם במילה אחת. איזה קיצור תשתמשו כדי לתקן, ולמה לא Ctrl+X?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Ctrl+C ל-Ctrl+X מבחינת מה שקורה למקור?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רוצים להעביר פסקה ממקום אחד למסמך למקום אחר בלי להשאיר עותק מהמקור. אילו שני קיצורים תשתמשו, ובאיזה סדר?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עיצוב טקסט – היכרות עם הקיצורים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עושים טקסט מודגש?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מטים טקסט הצידה?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עושים קו תחתון?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Ctrl+B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עיצוב טקסט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הקיצור __________ ממרכז את הפסקה למעבד תמלילים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הקיצור Ctrl+R מיישר את הפסקה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עיצוב טקסט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בדפדפן, הקיצור Ctrl+R מרענן את הדף במקום ליישר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בדפדפן, הקיצור Ctrl+L מיישר טקסט לשמאל כמו במעבד תמלילים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Ctrl+E עובד באותה צורה בדיוק גם בדפדפן וגם במעבד תמלילים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עיצוב טקסט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מודגש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יישור לימין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Ctrl+E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 תחתון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מירכוז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חלונות ודפדפן – התאמת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Alt + Tab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חיפוש מילה בדף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Alt + F4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רענון הדף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 + R (בדפדפן)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סגירת חלון או תוכנה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 + L (בדפדפן)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מעבר בין חלונות פתוחים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 + F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קפיצה לשורת הכתובת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חלונות ודפדפן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עוברים בין חלונות?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סוגרים תוכנה?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Alt+F4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כשלוחצים Ctrl+R באינטרנט?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מרענן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 את 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מעתיק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כשלוחצים Ctrl+L באינטרנט?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מיישר טקסט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קופץ לשורת הכתובת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לוח 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אותו קיצור עושה דברים 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במעבד תמלילים זה מרכז פסקה ובדפדפן זה מרענן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במעבד תמלילים זה סוגר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בדפדפן זה פותח קובץ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חלונות ודפדפן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Alt+Tab עוזר לעבור בין קבצים שונים בתוך אותה תוכנה פתוחה.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אותו קיצור מקלדת יכול להפעיל פעולה שונה בתוכנה לעומת דפדפן, כמו Ctrl+R שבמעבד תמלילים מיישר לימין ובדפדפן מרענן 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Alt+F4 הוא קיצור שעובד רק בדפדפן ולא בתוכנות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כשלוחצים Ctrl+L בדפדפן, המקלדת מוחקת את כל הטקסט בדף.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ניקוד במקלדת – הכרת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מקש צריך ללחוץ כדי לנקד?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השמאלי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הימני (או Ctrl+Alt יחד)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Shift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Tab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מקלידים קמץ?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 +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 ימני + 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ימני +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שפה צריך להגדיר במחשב?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 (ארה״ב)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 (תקנית)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 (פונטית)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ניקוד במקלדת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Alt השמאלי לבד מנקד בדיוק כמו Alt הימני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לנקד, מקלידים קודם את האות ורק אחר כך את סימן הניקוד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נְקֻדַּת שִׁי״ן ונְקֻדַּת שִׂי״ן מוקלדות באותו מקש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ניקוד במקלדת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להקליד פַּתָּח לוחצים על Alt ימני ועל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להקליד חוֹלָם לוחצים על Alt ימני ועל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להקליד סֶגּוֹל לוחצים על Alt ימני ועל האות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ניקוד במקלדת – התאמת ניקוד 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קָמָץ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צֵירֵי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חִירִיק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שְׁוָא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דָּגֵשׁ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מסכם וחידון – זיהוי קיצורים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Ctrl+C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מעתיק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Ctrl+V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Ctrl+S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פתיחת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Win+.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 לוח 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מסכם וחידון – התאמת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 + 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יישור לימין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 + 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מירכוז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 + 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 + 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בחירת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 + E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Ctrl + 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ביטול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תרגול מסכם וחידון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אילו שני קיצורים צריך להשתמש כדי לשמור מסמך ואז מיד להדפיס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הפעולה של Ctrl+Z לבין הפעולה של Ctrl+Y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למצב שבו כדאי להשתמש בקיצור Ctrl+F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את העיקרון הכללי להקלדת ניקוד במקלדת, ותנו דוגמה לניקוד קמץ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התאמה כוללת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 + 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 תחתון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 + 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ביטול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 + 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מודגש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 + 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חיפוש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Alt + Tab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העתקה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Ctrl + F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מעבר בין חלונות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מדפיסים במקלדת?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 + 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 + 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 + 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 + 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קיצור מסמן את כל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קיצור מיישר פסקה לימין במעבד תמלילים?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 + 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 + 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 + 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 + 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כדי לנקד פתח צריך להקליד: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שמאלי +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 +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ימני +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Ctrl+R בדפדפן לבין במעבד תמלילים?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בדפדפן זה מרענן את הדף, במעבד תמלילים זה מיישר לימין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בדפדפן זה סוגר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בדפדפן זה פותח 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תוכנה הופכת לקיצור הדגשת שין (שׁ) במקלדת?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 + Q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 ימני + 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ימני + X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לפחות 8 קיצורים לעבודה עם קבצים וטקסט בעל 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את ההבדל בין קיצור בדפדפן לבין אותו קיצור בתוכנת כתיבה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הצלחתי להקליד לפחות שלוש מילים עם ניקוד באמצעות Alt ימני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