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קיצורי מקלדת – קיצור קטן, חיסכון גדול ⌨️</w:t>
            </w:r>
          </w:p>
          <w:p>
            <w:pPr>
              <w:bidi/>
              <w:jc w:val="right"/>
            </w:pPr>
            <w:r>
              <w:rPr>
                <w:rFonts w:ascii="Arial" w:hAnsi="Arial" w:cs="Arial" w:eastAsia="Arial"/>
                <w:lang w:val="he-IL" w:bidi="he-IL"/>
                <w:b/>
                <w:color w:val="3C1361"/>
                <w:sz w:val="32"/>
                <w:rtl/>
                <w:szCs w:val="32"/>
                <w:bCs/>
              </w:rPr>
              <w:t>חוברת תרגול – קיצורי מקלדת</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ולזהות את קיצורי המקלדת הנפוצים בעבודה עם קבצים וטקסט</w:t>
      </w:r>
    </w:p>
    <w:p>
      <w:pPr>
        <w:bidi/>
        <w:spacing w:after="80"/>
        <w:jc w:val="right"/>
      </w:pPr>
      <w:r>
        <w:rPr>
          <w:rFonts w:ascii="Arial" w:hAnsi="Arial" w:cs="Arial" w:eastAsia="Arial"/>
          <w:lang w:val="he-IL" w:bidi="he-IL"/>
          <w:sz w:val="22"/>
          <w:rtl/>
          <w:szCs w:val="22"/>
        </w:rPr>
        <w:t>• לדעת מתי ואיך להשתמש בקיצורי עיצוב טקסט וניווט בין חלונות</w:t>
      </w:r>
    </w:p>
    <w:p>
      <w:pPr>
        <w:bidi/>
        <w:spacing w:after="80"/>
        <w:jc w:val="right"/>
      </w:pPr>
      <w:r>
        <w:rPr>
          <w:rFonts w:ascii="Arial" w:hAnsi="Arial" w:cs="Arial" w:eastAsia="Arial"/>
          <w:lang w:val="he-IL" w:bidi="he-IL"/>
          <w:sz w:val="22"/>
          <w:rtl/>
          <w:szCs w:val="22"/>
        </w:rPr>
        <w:t>• להתנסות בהקלדת ניקוד עברי באמצעות מקשי Alt ימני</w:t>
      </w:r>
    </w:p>
    <w:p>
      <w:pPr>
        <w:bidi/>
        <w:spacing w:after="80"/>
        <w:jc w:val="right"/>
      </w:pPr>
      <w:r>
        <w:rPr>
          <w:rFonts w:ascii="Arial" w:hAnsi="Arial" w:cs="Arial" w:eastAsia="Arial"/>
          <w:lang w:val="he-IL" w:bidi="he-IL"/>
          <w:sz w:val="22"/>
          <w:rtl/>
          <w:szCs w:val="22"/>
        </w:rPr>
        <w:t>• לתרגל שליפה מהירה של קיצורים דרך משימות דמויות-משחק על הנייר</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קיצורי קבצים ועריכה – זיהוי קיצורים בסיסיים</w:t>
      </w:r>
    </w:p>
    <w:p>
      <w:pPr>
        <w:bidi/>
        <w:spacing w:after="40"/>
        <w:jc w:val="right"/>
      </w:pPr>
      <w:r>
        <w:rPr>
          <w:rFonts w:ascii="Arial" w:hAnsi="Arial" w:cs="Arial" w:eastAsia="Arial"/>
          <w:lang w:val="he-IL" w:bidi="he-IL"/>
          <w:sz w:val="22"/>
          <w:rtl/>
          <w:szCs w:val="22"/>
        </w:rPr>
        <w:t>1. ב – Ctrl+C</w:t>
      </w:r>
    </w:p>
    <w:p>
      <w:pPr>
        <w:bidi/>
        <w:spacing w:after="40"/>
        <w:jc w:val="right"/>
      </w:pPr>
      <w:r>
        <w:rPr>
          <w:rFonts w:ascii="Arial" w:hAnsi="Arial" w:cs="Arial" w:eastAsia="Arial"/>
          <w:lang w:val="he-IL" w:bidi="he-IL"/>
          <w:sz w:val="22"/>
          <w:rtl/>
          <w:szCs w:val="22"/>
        </w:rPr>
        <w:t>2. א – Ctrl+V</w:t>
      </w:r>
    </w:p>
    <w:p>
      <w:pPr>
        <w:bidi/>
        <w:spacing w:after="40"/>
        <w:jc w:val="right"/>
      </w:pPr>
      <w:r>
        <w:rPr>
          <w:rFonts w:ascii="Arial" w:hAnsi="Arial" w:cs="Arial" w:eastAsia="Arial"/>
          <w:lang w:val="he-IL" w:bidi="he-IL"/>
          <w:sz w:val="22"/>
          <w:rtl/>
          <w:szCs w:val="22"/>
        </w:rPr>
        <w:t>3. ב – Ctrl+Z</w:t>
      </w:r>
    </w:p>
    <w:p>
      <w:pPr>
        <w:bidi/>
        <w:spacing w:after="40"/>
        <w:jc w:val="right"/>
      </w:pPr>
      <w:r>
        <w:rPr>
          <w:rFonts w:ascii="Arial" w:hAnsi="Arial" w:cs="Arial" w:eastAsia="Arial"/>
          <w:lang w:val="he-IL" w:bidi="he-IL"/>
          <w:sz w:val="22"/>
          <w:rtl/>
          <w:szCs w:val="22"/>
        </w:rPr>
        <w:t>4. ג – Ctrl+S</w:t>
      </w:r>
    </w:p>
    <w:p>
      <w:pPr>
        <w:bidi/>
        <w:spacing w:after="40"/>
        <w:jc w:val="right"/>
      </w:pPr>
      <w:r>
        <w:rPr>
          <w:rFonts w:ascii="Arial" w:hAnsi="Arial" w:cs="Arial" w:eastAsia="Arial"/>
          <w:lang w:val="he-IL" w:bidi="he-IL"/>
          <w:sz w:val="22"/>
          <w:rtl/>
          <w:szCs w:val="22"/>
        </w:rPr>
        <w:t>5. ב – Ctrl+P</w:t>
      </w:r>
    </w:p>
    <w:p>
      <w:pPr>
        <w:bidi/>
        <w:pStyle w:val="Heading3"/>
        <w:spacing w:after="80"/>
        <w:jc w:val="right"/>
      </w:pPr>
      <w:r>
        <w:rPr>
          <w:rFonts w:ascii="Arial" w:hAnsi="Arial" w:cs="Arial" w:eastAsia="Arial"/>
          <w:lang w:val="he-IL" w:bidi="he-IL"/>
          <w:b/>
          <w:color w:val="DD6B20"/>
          <w:sz w:val="26"/>
          <w:rtl/>
          <w:szCs w:val="26"/>
          <w:bCs/>
        </w:rPr>
        <w:t>חלק ב׳ – פרק 1 · קיצורי קבצים ועריכה – התאמה ונכון/לא נכון</w:t>
      </w:r>
    </w:p>
    <w:p>
      <w:pPr>
        <w:bidi/>
        <w:spacing w:after="40"/>
        <w:jc w:val="right"/>
      </w:pPr>
      <w:r>
        <w:rPr>
          <w:rFonts w:ascii="Arial" w:hAnsi="Arial" w:cs="Arial" w:eastAsia="Arial"/>
          <w:lang w:val="he-IL" w:bidi="he-IL"/>
          <w:sz w:val="22"/>
          <w:rtl/>
          <w:szCs w:val="22"/>
        </w:rPr>
        <w:t>1 – ב (גזירה)</w:t>
      </w:r>
    </w:p>
    <w:p>
      <w:pPr>
        <w:bidi/>
        <w:spacing w:after="40"/>
        <w:jc w:val="right"/>
      </w:pPr>
      <w:r>
        <w:rPr>
          <w:rFonts w:ascii="Arial" w:hAnsi="Arial" w:cs="Arial" w:eastAsia="Arial"/>
          <w:lang w:val="he-IL" w:bidi="he-IL"/>
          <w:sz w:val="22"/>
          <w:rtl/>
          <w:szCs w:val="22"/>
        </w:rPr>
        <w:t>2 – ד (בחירת הכול)</w:t>
      </w:r>
    </w:p>
    <w:p>
      <w:pPr>
        <w:bidi/>
        <w:spacing w:after="40"/>
        <w:jc w:val="right"/>
      </w:pPr>
      <w:r>
        <w:rPr>
          <w:rFonts w:ascii="Arial" w:hAnsi="Arial" w:cs="Arial" w:eastAsia="Arial"/>
          <w:lang w:val="he-IL" w:bidi="he-IL"/>
          <w:sz w:val="22"/>
          <w:rtl/>
          <w:szCs w:val="22"/>
        </w:rPr>
        <w:t>3 – א (פתיחת קובץ)</w:t>
      </w:r>
    </w:p>
    <w:p>
      <w:pPr>
        <w:bidi/>
        <w:spacing w:after="40"/>
        <w:jc w:val="right"/>
      </w:pPr>
      <w:r>
        <w:rPr>
          <w:rFonts w:ascii="Arial" w:hAnsi="Arial" w:cs="Arial" w:eastAsia="Arial"/>
          <w:lang w:val="he-IL" w:bidi="he-IL"/>
          <w:sz w:val="22"/>
          <w:rtl/>
          <w:szCs w:val="22"/>
        </w:rPr>
        <w:t>4 – ה (קובץ חדש)</w:t>
      </w:r>
    </w:p>
    <w:p>
      <w:pPr>
        <w:bidi/>
        <w:spacing w:after="40"/>
        <w:jc w:val="right"/>
      </w:pPr>
      <w:r>
        <w:rPr>
          <w:rFonts w:ascii="Arial" w:hAnsi="Arial" w:cs="Arial" w:eastAsia="Arial"/>
          <w:lang w:val="he-IL" w:bidi="he-IL"/>
          <w:sz w:val="22"/>
          <w:rtl/>
          <w:szCs w:val="22"/>
        </w:rPr>
        <w:t>5 – ג (חיפוש)</w:t>
      </w:r>
    </w:p>
    <w:p>
      <w:pPr>
        <w:bidi/>
        <w:pStyle w:val="Heading3"/>
        <w:spacing w:after="80"/>
        <w:jc w:val="right"/>
      </w:pPr>
      <w:r>
        <w:rPr>
          <w:rFonts w:ascii="Arial" w:hAnsi="Arial" w:cs="Arial" w:eastAsia="Arial"/>
          <w:lang w:val="he-IL" w:bidi="he-IL"/>
          <w:b/>
          <w:color w:val="3182CE"/>
          <w:sz w:val="26"/>
          <w:rtl/>
          <w:szCs w:val="26"/>
          <w:bCs/>
        </w:rPr>
        <w:t>חלק ג׳ – פרק 1 · קיצורי קבצים ועריכה – נכון או לא נכון</w:t>
      </w:r>
    </w:p>
    <w:p>
      <w:pPr>
        <w:bidi/>
        <w:spacing w:after="40"/>
        <w:jc w:val="right"/>
      </w:pPr>
      <w:r>
        <w:rPr>
          <w:rFonts w:ascii="Arial" w:hAnsi="Arial" w:cs="Arial" w:eastAsia="Arial"/>
          <w:lang w:val="he-IL" w:bidi="he-IL"/>
          <w:sz w:val="22"/>
          <w:rtl/>
          <w:szCs w:val="22"/>
        </w:rPr>
        <w:t>1. נכון – Ctrl+Y הוא ביצוע חוזר (Redo)</w:t>
      </w:r>
    </w:p>
    <w:p>
      <w:pPr>
        <w:bidi/>
        <w:spacing w:after="40"/>
        <w:jc w:val="right"/>
      </w:pPr>
      <w:r>
        <w:rPr>
          <w:rFonts w:ascii="Arial" w:hAnsi="Arial" w:cs="Arial" w:eastAsia="Arial"/>
          <w:lang w:val="he-IL" w:bidi="he-IL"/>
          <w:sz w:val="22"/>
          <w:rtl/>
          <w:szCs w:val="22"/>
        </w:rPr>
        <w:t>2. לא נכון – Ctrl+X הוא גזירה – הטקסט מוסר מהמקור, זו ההבדל מהעתקה</w:t>
      </w:r>
    </w:p>
    <w:p>
      <w:pPr>
        <w:bidi/>
        <w:spacing w:after="40"/>
        <w:jc w:val="right"/>
      </w:pPr>
      <w:r>
        <w:rPr>
          <w:rFonts w:ascii="Arial" w:hAnsi="Arial" w:cs="Arial" w:eastAsia="Arial"/>
          <w:lang w:val="he-IL" w:bidi="he-IL"/>
          <w:sz w:val="22"/>
          <w:rtl/>
          <w:szCs w:val="22"/>
        </w:rPr>
        <w:t>3. נכון – כך כתוב בכרטיס של ביטול פעולה</w:t>
      </w:r>
    </w:p>
    <w:p>
      <w:pPr>
        <w:bidi/>
        <w:pStyle w:val="Heading3"/>
        <w:spacing w:after="80"/>
        <w:jc w:val="right"/>
      </w:pPr>
      <w:r>
        <w:rPr>
          <w:rFonts w:ascii="Arial" w:hAnsi="Arial" w:cs="Arial" w:eastAsia="Arial"/>
          <w:lang w:val="he-IL" w:bidi="he-IL"/>
          <w:b/>
          <w:color w:val="38A169"/>
          <w:sz w:val="26"/>
          <w:rtl/>
          <w:szCs w:val="26"/>
          <w:bCs/>
        </w:rPr>
        <w:t>חלק ד׳ – פרק 1 · קיצורי קבצים ועריכה – יישום וחשיבה</w:t>
      </w:r>
    </w:p>
    <w:p>
      <w:pPr>
        <w:bidi/>
        <w:spacing w:after="40"/>
        <w:jc w:val="right"/>
      </w:pPr>
      <w:r>
        <w:rPr>
          <w:rFonts w:ascii="Arial" w:hAnsi="Arial" w:cs="Arial" w:eastAsia="Arial"/>
          <w:lang w:val="he-IL" w:bidi="he-IL"/>
          <w:sz w:val="22"/>
          <w:rtl/>
          <w:szCs w:val="22"/>
        </w:rPr>
        <w:t>1. Ctrl+Z (ביטול פעולה) – כי Ctrl+X מוציא את כל מה שנבחר, בעוד Ctrl+Z פשוט חוזר צעד אחורה בלי להסיר תוכן אחר</w:t>
      </w:r>
    </w:p>
    <w:p>
      <w:pPr>
        <w:bidi/>
        <w:spacing w:after="40"/>
        <w:jc w:val="right"/>
      </w:pPr>
      <w:r>
        <w:rPr>
          <w:rFonts w:ascii="Arial" w:hAnsi="Arial" w:cs="Arial" w:eastAsia="Arial"/>
          <w:lang w:val="he-IL" w:bidi="he-IL"/>
          <w:sz w:val="22"/>
          <w:rtl/>
          <w:szCs w:val="22"/>
        </w:rPr>
        <w:t>2. ב-Ctrl+C המקור נשאר במקום, ואילו ב-Ctrl+X המקור נמחק ועובר למקום החדש בהדבקה</w:t>
      </w:r>
    </w:p>
    <w:p>
      <w:pPr>
        <w:bidi/>
        <w:spacing w:after="40"/>
        <w:jc w:val="right"/>
      </w:pPr>
      <w:r>
        <w:rPr>
          <w:rFonts w:ascii="Arial" w:hAnsi="Arial" w:cs="Arial" w:eastAsia="Arial"/>
          <w:lang w:val="he-IL" w:bidi="he-IL"/>
          <w:sz w:val="22"/>
          <w:rtl/>
          <w:szCs w:val="22"/>
        </w:rPr>
        <w:t>3. קודם Ctrl+X (גזירה) כדי להוציא את הפסקה, ואז Ctrl+V (הדבקה) במקום החדש</w:t>
      </w:r>
    </w:p>
    <w:p>
      <w:pPr>
        <w:bidi/>
        <w:pStyle w:val="Heading3"/>
        <w:spacing w:after="80"/>
        <w:jc w:val="right"/>
      </w:pPr>
      <w:r>
        <w:rPr>
          <w:rFonts w:ascii="Arial" w:hAnsi="Arial" w:cs="Arial" w:eastAsia="Arial"/>
          <w:lang w:val="he-IL" w:bidi="he-IL"/>
          <w:b/>
          <w:color w:val="805AD5"/>
          <w:sz w:val="26"/>
          <w:rtl/>
          <w:szCs w:val="26"/>
          <w:bCs/>
        </w:rPr>
        <w:t>חלק ה׳ – פרק 2 · עיצוב טקסט – היכרות עם הקיצורים</w:t>
      </w:r>
    </w:p>
    <w:p>
      <w:pPr>
        <w:bidi/>
        <w:spacing w:after="40"/>
        <w:jc w:val="right"/>
      </w:pPr>
      <w:r>
        <w:rPr>
          <w:rFonts w:ascii="Arial" w:hAnsi="Arial" w:cs="Arial" w:eastAsia="Arial"/>
          <w:lang w:val="he-IL" w:bidi="he-IL"/>
          <w:sz w:val="22"/>
          <w:rtl/>
          <w:szCs w:val="22"/>
        </w:rPr>
        <w:t>1. א – Ctrl+B</w:t>
      </w:r>
    </w:p>
    <w:p>
      <w:pPr>
        <w:bidi/>
        <w:spacing w:after="40"/>
        <w:jc w:val="right"/>
      </w:pPr>
      <w:r>
        <w:rPr>
          <w:rFonts w:ascii="Arial" w:hAnsi="Arial" w:cs="Arial" w:eastAsia="Arial"/>
          <w:lang w:val="he-IL" w:bidi="he-IL"/>
          <w:sz w:val="22"/>
          <w:rtl/>
          <w:szCs w:val="22"/>
        </w:rPr>
        <w:t>2. ב – Ctrl+I</w:t>
      </w:r>
    </w:p>
    <w:p>
      <w:pPr>
        <w:bidi/>
        <w:spacing w:after="40"/>
        <w:jc w:val="right"/>
      </w:pPr>
      <w:r>
        <w:rPr>
          <w:rFonts w:ascii="Arial" w:hAnsi="Arial" w:cs="Arial" w:eastAsia="Arial"/>
          <w:lang w:val="he-IL" w:bidi="he-IL"/>
          <w:sz w:val="22"/>
          <w:rtl/>
          <w:szCs w:val="22"/>
        </w:rPr>
        <w:t>3. ב – Ctrl+U</w:t>
      </w:r>
    </w:p>
    <w:p>
      <w:pPr>
        <w:bidi/>
        <w:pStyle w:val="Heading3"/>
        <w:spacing w:after="80"/>
        <w:jc w:val="right"/>
      </w:pPr>
      <w:r>
        <w:rPr>
          <w:rFonts w:ascii="Arial" w:hAnsi="Arial" w:cs="Arial" w:eastAsia="Arial"/>
          <w:lang w:val="he-IL" w:bidi="he-IL"/>
          <w:b/>
          <w:color w:val="D53F8C"/>
          <w:sz w:val="26"/>
          <w:rtl/>
          <w:szCs w:val="26"/>
          <w:bCs/>
        </w:rPr>
        <w:t>חלק ו׳ – פרק 2 · עיצוב טקסט – השלמה והתאמה</w:t>
      </w:r>
    </w:p>
    <w:p>
      <w:pPr>
        <w:bidi/>
        <w:spacing w:after="40"/>
        <w:jc w:val="right"/>
      </w:pPr>
      <w:r>
        <w:rPr>
          <w:rFonts w:ascii="Arial" w:hAnsi="Arial" w:cs="Arial" w:eastAsia="Arial"/>
          <w:lang w:val="he-IL" w:bidi="he-IL"/>
          <w:sz w:val="22"/>
          <w:rtl/>
          <w:szCs w:val="22"/>
        </w:rPr>
        <w:t>1. Ctrl+E</w:t>
      </w:r>
    </w:p>
    <w:p>
      <w:pPr>
        <w:bidi/>
        <w:spacing w:after="40"/>
        <w:jc w:val="right"/>
      </w:pPr>
      <w:r>
        <w:rPr>
          <w:rFonts w:ascii="Arial" w:hAnsi="Arial" w:cs="Arial" w:eastAsia="Arial"/>
          <w:lang w:val="he-IL" w:bidi="he-IL"/>
          <w:sz w:val="22"/>
          <w:rtl/>
          <w:szCs w:val="22"/>
        </w:rPr>
        <w:t>2. ימין</w:t>
      </w:r>
    </w:p>
    <w:p>
      <w:pPr>
        <w:bidi/>
        <w:pStyle w:val="Heading3"/>
        <w:spacing w:after="80"/>
        <w:jc w:val="right"/>
      </w:pPr>
      <w:r>
        <w:rPr>
          <w:rFonts w:ascii="Arial" w:hAnsi="Arial" w:cs="Arial" w:eastAsia="Arial"/>
          <w:lang w:val="he-IL" w:bidi="he-IL"/>
          <w:b/>
          <w:color w:val="E53E3E"/>
          <w:sz w:val="26"/>
          <w:rtl/>
          <w:szCs w:val="26"/>
          <w:bCs/>
        </w:rPr>
        <w:t>חלק ז׳ – פרק 2 · עיצוב טקסט – נכון או לא נכון</w:t>
      </w:r>
    </w:p>
    <w:p>
      <w:pPr>
        <w:bidi/>
        <w:spacing w:after="40"/>
        <w:jc w:val="right"/>
      </w:pPr>
      <w:r>
        <w:rPr>
          <w:rFonts w:ascii="Arial" w:hAnsi="Arial" w:cs="Arial" w:eastAsia="Arial"/>
          <w:lang w:val="he-IL" w:bidi="he-IL"/>
          <w:sz w:val="22"/>
          <w:rtl/>
          <w:szCs w:val="22"/>
        </w:rPr>
        <w:t>1. נכון – בדפדפן אותו קיצור מרענן את הדף, לא מיישר</w:t>
      </w:r>
    </w:p>
    <w:p>
      <w:pPr>
        <w:bidi/>
        <w:spacing w:after="40"/>
        <w:jc w:val="right"/>
      </w:pPr>
      <w:r>
        <w:rPr>
          <w:rFonts w:ascii="Arial" w:hAnsi="Arial" w:cs="Arial" w:eastAsia="Arial"/>
          <w:lang w:val="he-IL" w:bidi="he-IL"/>
          <w:sz w:val="22"/>
          <w:rtl/>
          <w:szCs w:val="22"/>
        </w:rPr>
        <w:t>2. לא נכון – בדפדפן הקיצור קופץ לשורת הכתובת ולא מיישר טקסט</w:t>
      </w:r>
    </w:p>
    <w:p>
      <w:pPr>
        <w:bidi/>
        <w:spacing w:after="40"/>
        <w:jc w:val="right"/>
      </w:pPr>
      <w:r>
        <w:rPr>
          <w:rFonts w:ascii="Arial" w:hAnsi="Arial" w:cs="Arial" w:eastAsia="Arial"/>
          <w:lang w:val="he-IL" w:bidi="he-IL"/>
          <w:sz w:val="22"/>
          <w:rtl/>
          <w:szCs w:val="22"/>
        </w:rPr>
        <w:t>3. לא נכון – בדפדפן אין מירכוז כזה, הקיצור הזה שייך בעיקר למעבדי תמלילים</w:t>
      </w:r>
    </w:p>
    <w:p>
      <w:pPr>
        <w:bidi/>
        <w:pStyle w:val="Heading3"/>
        <w:spacing w:after="80"/>
        <w:jc w:val="right"/>
      </w:pPr>
      <w:r>
        <w:rPr>
          <w:rFonts w:ascii="Arial" w:hAnsi="Arial" w:cs="Arial" w:eastAsia="Arial"/>
          <w:lang w:val="he-IL" w:bidi="he-IL"/>
          <w:b/>
          <w:color w:val="DD6B20"/>
          <w:sz w:val="26"/>
          <w:rtl/>
          <w:szCs w:val="26"/>
          <w:bCs/>
        </w:rPr>
        <w:t>חלק ח׳ – פרק 2 · עיצוב טקסט – התאמה</w:t>
      </w:r>
    </w:p>
    <w:p>
      <w:pPr>
        <w:bidi/>
        <w:spacing w:after="40"/>
        <w:jc w:val="right"/>
      </w:pPr>
      <w:r>
        <w:rPr>
          <w:rFonts w:ascii="Arial" w:hAnsi="Arial" w:cs="Arial" w:eastAsia="Arial"/>
          <w:lang w:val="he-IL" w:bidi="he-IL"/>
          <w:sz w:val="22"/>
          <w:rtl/>
          <w:szCs w:val="22"/>
        </w:rPr>
        <w:t>1 – ב (מודגש)</w:t>
      </w:r>
    </w:p>
    <w:p>
      <w:pPr>
        <w:bidi/>
        <w:spacing w:after="40"/>
        <w:jc w:val="right"/>
      </w:pPr>
      <w:r>
        <w:rPr>
          <w:rFonts w:ascii="Arial" w:hAnsi="Arial" w:cs="Arial" w:eastAsia="Arial"/>
          <w:lang w:val="he-IL" w:bidi="he-IL"/>
          <w:sz w:val="22"/>
          <w:rtl/>
          <w:szCs w:val="22"/>
        </w:rPr>
        <w:t>2 – ד (נטוי)</w:t>
      </w:r>
    </w:p>
    <w:p>
      <w:pPr>
        <w:bidi/>
        <w:spacing w:after="40"/>
        <w:jc w:val="right"/>
      </w:pPr>
      <w:r>
        <w:rPr>
          <w:rFonts w:ascii="Arial" w:hAnsi="Arial" w:cs="Arial" w:eastAsia="Arial"/>
          <w:lang w:val="he-IL" w:bidi="he-IL"/>
          <w:sz w:val="22"/>
          <w:rtl/>
          <w:szCs w:val="22"/>
        </w:rPr>
        <w:t>3 – ה (קו תחתון)</w:t>
      </w:r>
    </w:p>
    <w:p>
      <w:pPr>
        <w:bidi/>
        <w:spacing w:after="40"/>
        <w:jc w:val="right"/>
      </w:pPr>
      <w:r>
        <w:rPr>
          <w:rFonts w:ascii="Arial" w:hAnsi="Arial" w:cs="Arial" w:eastAsia="Arial"/>
          <w:lang w:val="he-IL" w:bidi="he-IL"/>
          <w:sz w:val="22"/>
          <w:rtl/>
          <w:szCs w:val="22"/>
        </w:rPr>
        <w:t>4 – ג (מירכוז)</w:t>
      </w:r>
    </w:p>
    <w:p>
      <w:pPr>
        <w:bidi/>
        <w:spacing w:after="40"/>
        <w:jc w:val="right"/>
      </w:pPr>
      <w:r>
        <w:rPr>
          <w:rFonts w:ascii="Arial" w:hAnsi="Arial" w:cs="Arial" w:eastAsia="Arial"/>
          <w:lang w:val="he-IL" w:bidi="he-IL"/>
          <w:sz w:val="22"/>
          <w:rtl/>
          <w:szCs w:val="22"/>
        </w:rPr>
        <w:t>5 – א (יישור לימין)</w:t>
      </w:r>
    </w:p>
    <w:p>
      <w:pPr>
        <w:bidi/>
        <w:pStyle w:val="Heading3"/>
        <w:spacing w:after="80"/>
        <w:jc w:val="right"/>
      </w:pPr>
      <w:r>
        <w:rPr>
          <w:rFonts w:ascii="Arial" w:hAnsi="Arial" w:cs="Arial" w:eastAsia="Arial"/>
          <w:lang w:val="he-IL" w:bidi="he-IL"/>
          <w:b/>
          <w:color w:val="3182CE"/>
          <w:sz w:val="26"/>
          <w:rtl/>
          <w:szCs w:val="26"/>
          <w:bCs/>
        </w:rPr>
        <w:t>חלק ט׳ – פרק 3 · חלונות ודפדפן – התאמת קיצורים</w:t>
      </w:r>
    </w:p>
    <w:p>
      <w:pPr>
        <w:bidi/>
        <w:spacing w:after="40"/>
        <w:jc w:val="right"/>
      </w:pPr>
      <w:r>
        <w:rPr>
          <w:rFonts w:ascii="Arial" w:hAnsi="Arial" w:cs="Arial" w:eastAsia="Arial"/>
          <w:lang w:val="he-IL" w:bidi="he-IL"/>
          <w:sz w:val="22"/>
          <w:rtl/>
          <w:szCs w:val="22"/>
        </w:rPr>
        <w:t>1 – ד (מעבר בין חלונות פתוחים)</w:t>
      </w:r>
    </w:p>
    <w:p>
      <w:pPr>
        <w:bidi/>
        <w:spacing w:after="40"/>
        <w:jc w:val="right"/>
      </w:pPr>
      <w:r>
        <w:rPr>
          <w:rFonts w:ascii="Arial" w:hAnsi="Arial" w:cs="Arial" w:eastAsia="Arial"/>
          <w:lang w:val="he-IL" w:bidi="he-IL"/>
          <w:sz w:val="22"/>
          <w:rtl/>
          <w:szCs w:val="22"/>
        </w:rPr>
        <w:t>2 – ה (סגירת חלון או תוכנה)</w:t>
      </w:r>
    </w:p>
    <w:p>
      <w:pPr>
        <w:bidi/>
        <w:spacing w:after="40"/>
        <w:jc w:val="right"/>
      </w:pPr>
      <w:r>
        <w:rPr>
          <w:rFonts w:ascii="Arial" w:hAnsi="Arial" w:cs="Arial" w:eastAsia="Arial"/>
          <w:lang w:val="he-IL" w:bidi="he-IL"/>
          <w:sz w:val="22"/>
          <w:rtl/>
          <w:szCs w:val="22"/>
        </w:rPr>
        <w:t>3 – ב (רענון הדף)</w:t>
      </w:r>
    </w:p>
    <w:p>
      <w:pPr>
        <w:bidi/>
        <w:spacing w:after="40"/>
        <w:jc w:val="right"/>
      </w:pPr>
      <w:r>
        <w:rPr>
          <w:rFonts w:ascii="Arial" w:hAnsi="Arial" w:cs="Arial" w:eastAsia="Arial"/>
          <w:lang w:val="he-IL" w:bidi="he-IL"/>
          <w:sz w:val="22"/>
          <w:rtl/>
          <w:szCs w:val="22"/>
        </w:rPr>
        <w:t>4 – ג (קפיצה לשורת הכתובת)</w:t>
      </w:r>
    </w:p>
    <w:p>
      <w:pPr>
        <w:bidi/>
        <w:spacing w:after="40"/>
        <w:jc w:val="right"/>
      </w:pPr>
      <w:r>
        <w:rPr>
          <w:rFonts w:ascii="Arial" w:hAnsi="Arial" w:cs="Arial" w:eastAsia="Arial"/>
          <w:lang w:val="he-IL" w:bidi="he-IL"/>
          <w:sz w:val="22"/>
          <w:rtl/>
          <w:szCs w:val="22"/>
        </w:rPr>
        <w:t>5 – א (חיפוש מילה בדף)</w:t>
      </w:r>
    </w:p>
    <w:p>
      <w:pPr>
        <w:bidi/>
        <w:pStyle w:val="Heading3"/>
        <w:spacing w:after="80"/>
        <w:jc w:val="right"/>
      </w:pPr>
      <w:r>
        <w:rPr>
          <w:rFonts w:ascii="Arial" w:hAnsi="Arial" w:cs="Arial" w:eastAsia="Arial"/>
          <w:lang w:val="he-IL" w:bidi="he-IL"/>
          <w:b/>
          <w:color w:val="38A169"/>
          <w:sz w:val="26"/>
          <w:rtl/>
          <w:szCs w:val="26"/>
          <w:bCs/>
        </w:rPr>
        <w:t>חלק י׳ – פרק 3 · חלונות ודפדפן – הבנה ויישום</w:t>
      </w:r>
    </w:p>
    <w:p>
      <w:pPr>
        <w:bidi/>
        <w:spacing w:after="40"/>
        <w:jc w:val="right"/>
      </w:pPr>
      <w:r>
        <w:rPr>
          <w:rFonts w:ascii="Arial" w:hAnsi="Arial" w:cs="Arial" w:eastAsia="Arial"/>
          <w:lang w:val="he-IL" w:bidi="he-IL"/>
          <w:sz w:val="22"/>
          <w:rtl/>
          <w:szCs w:val="22"/>
        </w:rPr>
        <w:t>1. ב – Alt+Tab</w:t>
      </w:r>
    </w:p>
    <w:p>
      <w:pPr>
        <w:bidi/>
        <w:spacing w:after="40"/>
        <w:jc w:val="right"/>
      </w:pPr>
      <w:r>
        <w:rPr>
          <w:rFonts w:ascii="Arial" w:hAnsi="Arial" w:cs="Arial" w:eastAsia="Arial"/>
          <w:lang w:val="he-IL" w:bidi="he-IL"/>
          <w:sz w:val="22"/>
          <w:rtl/>
          <w:szCs w:val="22"/>
        </w:rPr>
        <w:t>2. ג – Alt+F4</w:t>
      </w:r>
    </w:p>
    <w:p>
      <w:pPr>
        <w:bidi/>
        <w:spacing w:after="40"/>
        <w:jc w:val="right"/>
      </w:pPr>
      <w:r>
        <w:rPr>
          <w:rFonts w:ascii="Arial" w:hAnsi="Arial" w:cs="Arial" w:eastAsia="Arial"/>
          <w:lang w:val="he-IL" w:bidi="he-IL"/>
          <w:sz w:val="22"/>
          <w:rtl/>
          <w:szCs w:val="22"/>
        </w:rPr>
        <w:t>3. ב – מרענן את הדף</w:t>
      </w:r>
    </w:p>
    <w:p>
      <w:pPr>
        <w:bidi/>
        <w:spacing w:after="40"/>
        <w:jc w:val="right"/>
      </w:pPr>
      <w:r>
        <w:rPr>
          <w:rFonts w:ascii="Arial" w:hAnsi="Arial" w:cs="Arial" w:eastAsia="Arial"/>
          <w:lang w:val="he-IL" w:bidi="he-IL"/>
          <w:sz w:val="22"/>
          <w:rtl/>
          <w:szCs w:val="22"/>
        </w:rPr>
        <w:t>4. ב – קופץ לשורת הכתובת</w:t>
      </w:r>
    </w:p>
    <w:p>
      <w:pPr>
        <w:bidi/>
        <w:spacing w:after="40"/>
        <w:jc w:val="right"/>
      </w:pPr>
      <w:r>
        <w:rPr>
          <w:rFonts w:ascii="Arial" w:hAnsi="Arial" w:cs="Arial" w:eastAsia="Arial"/>
          <w:lang w:val="he-IL" w:bidi="he-IL"/>
          <w:sz w:val="22"/>
          <w:rtl/>
          <w:szCs w:val="22"/>
        </w:rPr>
        <w:t>5. ב – במעבד תמלילים זה מרכז פסקה ובדפדפן זה מרענן את הדף</w:t>
      </w:r>
    </w:p>
    <w:p>
      <w:pPr>
        <w:bidi/>
        <w:pStyle w:val="Heading3"/>
        <w:spacing w:after="80"/>
        <w:jc w:val="right"/>
      </w:pPr>
      <w:r>
        <w:rPr>
          <w:rFonts w:ascii="Arial" w:hAnsi="Arial" w:cs="Arial" w:eastAsia="Arial"/>
          <w:lang w:val="he-IL" w:bidi="he-IL"/>
          <w:b/>
          <w:color w:val="805AD5"/>
          <w:sz w:val="26"/>
          <w:rtl/>
          <w:szCs w:val="26"/>
          <w:bCs/>
        </w:rPr>
        <w:t>חלק י״א – פרק 3 · חלונות ודפדפן – חשיבה</w:t>
      </w:r>
    </w:p>
    <w:p>
      <w:pPr>
        <w:bidi/>
        <w:spacing w:after="40"/>
        <w:jc w:val="right"/>
      </w:pPr>
      <w:r>
        <w:rPr>
          <w:rFonts w:ascii="Arial" w:hAnsi="Arial" w:cs="Arial" w:eastAsia="Arial"/>
          <w:lang w:val="he-IL" w:bidi="he-IL"/>
          <w:sz w:val="22"/>
          <w:rtl/>
          <w:szCs w:val="22"/>
        </w:rPr>
        <w:t>1. לא נכון – הקיצור עוזר לעבור בין תוכנות וחלונות שונים שפתוחים במחשב, לא בין קבצים בתוך אותה תוכנה</w:t>
      </w:r>
    </w:p>
    <w:p>
      <w:pPr>
        <w:bidi/>
        <w:spacing w:after="40"/>
        <w:jc w:val="right"/>
      </w:pPr>
      <w:r>
        <w:rPr>
          <w:rFonts w:ascii="Arial" w:hAnsi="Arial" w:cs="Arial" w:eastAsia="Arial"/>
          <w:lang w:val="he-IL" w:bidi="he-IL"/>
          <w:sz w:val="22"/>
          <w:rtl/>
          <w:szCs w:val="22"/>
        </w:rPr>
        <w:t>2. נכון – אותם מקשים יכולים לקבל פירוש שונה בהתאם לתוכנה הפעילה</w:t>
      </w:r>
    </w:p>
    <w:p>
      <w:pPr>
        <w:bidi/>
        <w:spacing w:after="40"/>
        <w:jc w:val="right"/>
      </w:pPr>
      <w:r>
        <w:rPr>
          <w:rFonts w:ascii="Arial" w:hAnsi="Arial" w:cs="Arial" w:eastAsia="Arial"/>
          <w:lang w:val="he-IL" w:bidi="he-IL"/>
          <w:sz w:val="22"/>
          <w:rtl/>
          <w:szCs w:val="22"/>
        </w:rPr>
        <w:t>3. לא נכון – זהו קיצור כללי לסגירת חלון או תוכנה, והוא עובד במגוון רחב של תוכנות ולא רק בדפדפן</w:t>
      </w:r>
    </w:p>
    <w:p>
      <w:pPr>
        <w:bidi/>
        <w:spacing w:after="40"/>
        <w:jc w:val="right"/>
      </w:pPr>
      <w:r>
        <w:rPr>
          <w:rFonts w:ascii="Arial" w:hAnsi="Arial" w:cs="Arial" w:eastAsia="Arial"/>
          <w:lang w:val="he-IL" w:bidi="he-IL"/>
          <w:sz w:val="22"/>
          <w:rtl/>
          <w:szCs w:val="22"/>
        </w:rPr>
        <w:t>4. לא נכון – הקיצור קופץ לשורת הכתובת של הדפדפן, הוא לא מוחק טקסט בדף</w:t>
      </w:r>
    </w:p>
    <w:p>
      <w:pPr>
        <w:bidi/>
        <w:pStyle w:val="Heading3"/>
        <w:spacing w:after="80"/>
        <w:jc w:val="right"/>
      </w:pPr>
      <w:r>
        <w:rPr>
          <w:rFonts w:ascii="Arial" w:hAnsi="Arial" w:cs="Arial" w:eastAsia="Arial"/>
          <w:lang w:val="he-IL" w:bidi="he-IL"/>
          <w:b/>
          <w:color w:val="D53F8C"/>
          <w:sz w:val="26"/>
          <w:rtl/>
          <w:szCs w:val="26"/>
          <w:bCs/>
        </w:rPr>
        <w:t>חלק י״ב – פרק 4 · ניקוד במקלדת – הכרת הכללים</w:t>
      </w:r>
    </w:p>
    <w:p>
      <w:pPr>
        <w:bidi/>
        <w:spacing w:after="40"/>
        <w:jc w:val="right"/>
      </w:pPr>
      <w:r>
        <w:rPr>
          <w:rFonts w:ascii="Arial" w:hAnsi="Arial" w:cs="Arial" w:eastAsia="Arial"/>
          <w:lang w:val="he-IL" w:bidi="he-IL"/>
          <w:sz w:val="22"/>
          <w:rtl/>
          <w:szCs w:val="22"/>
        </w:rPr>
        <w:t>1. ב – Alt הימני (או Ctrl+Alt יחד)</w:t>
      </w:r>
    </w:p>
    <w:p>
      <w:pPr>
        <w:bidi/>
        <w:spacing w:after="40"/>
        <w:jc w:val="right"/>
      </w:pPr>
      <w:r>
        <w:rPr>
          <w:rFonts w:ascii="Arial" w:hAnsi="Arial" w:cs="Arial" w:eastAsia="Arial"/>
          <w:lang w:val="he-IL" w:bidi="he-IL"/>
          <w:sz w:val="22"/>
          <w:rtl/>
          <w:szCs w:val="22"/>
        </w:rPr>
        <w:t>2. א – Alt ימני + ק</w:t>
      </w:r>
    </w:p>
    <w:p>
      <w:pPr>
        <w:bidi/>
        <w:spacing w:after="40"/>
        <w:jc w:val="right"/>
      </w:pPr>
      <w:r>
        <w:rPr>
          <w:rFonts w:ascii="Arial" w:hAnsi="Arial" w:cs="Arial" w:eastAsia="Arial"/>
          <w:lang w:val="he-IL" w:bidi="he-IL"/>
          <w:sz w:val="22"/>
          <w:rtl/>
          <w:szCs w:val="22"/>
        </w:rPr>
        <w:t>3. ב – עברית (תקנית)</w:t>
      </w:r>
    </w:p>
    <w:p>
      <w:pPr>
        <w:bidi/>
        <w:pStyle w:val="Heading3"/>
        <w:spacing w:after="80"/>
        <w:jc w:val="right"/>
      </w:pPr>
      <w:r>
        <w:rPr>
          <w:rFonts w:ascii="Arial" w:hAnsi="Arial" w:cs="Arial" w:eastAsia="Arial"/>
          <w:lang w:val="he-IL" w:bidi="he-IL"/>
          <w:b/>
          <w:color w:val="E53E3E"/>
          <w:sz w:val="26"/>
          <w:rtl/>
          <w:szCs w:val="26"/>
          <w:bCs/>
        </w:rPr>
        <w:t>חלק י״ג – פרק 4 · ניקוד במקלדת – נכון או לא נכון</w:t>
      </w:r>
    </w:p>
    <w:p>
      <w:pPr>
        <w:bidi/>
        <w:spacing w:after="40"/>
        <w:jc w:val="right"/>
      </w:pPr>
      <w:r>
        <w:rPr>
          <w:rFonts w:ascii="Arial" w:hAnsi="Arial" w:cs="Arial" w:eastAsia="Arial"/>
          <w:lang w:val="he-IL" w:bidi="he-IL"/>
          <w:sz w:val="22"/>
          <w:rtl/>
          <w:szCs w:val="22"/>
        </w:rPr>
        <w:t>1. לא נכון – רק Alt הימני (או Ctrl+Alt יחד) מנקד, Alt שמאלי לבד לא עובד</w:t>
      </w:r>
    </w:p>
    <w:p>
      <w:pPr>
        <w:bidi/>
        <w:spacing w:after="40"/>
        <w:jc w:val="right"/>
      </w:pPr>
      <w:r>
        <w:rPr>
          <w:rFonts w:ascii="Arial" w:hAnsi="Arial" w:cs="Arial" w:eastAsia="Arial"/>
          <w:lang w:val="he-IL" w:bidi="he-IL"/>
          <w:sz w:val="22"/>
          <w:rtl/>
          <w:szCs w:val="22"/>
        </w:rPr>
        <w:t>2. נכון – כך בנוי סדר ההקלדה בכל הצירופים</w:t>
      </w:r>
    </w:p>
    <w:p>
      <w:pPr>
        <w:bidi/>
        <w:spacing w:after="40"/>
        <w:jc w:val="right"/>
      </w:pPr>
      <w:r>
        <w:rPr>
          <w:rFonts w:ascii="Arial" w:hAnsi="Arial" w:cs="Arial" w:eastAsia="Arial"/>
          <w:lang w:val="he-IL" w:bidi="he-IL"/>
          <w:sz w:val="22"/>
          <w:rtl/>
          <w:szCs w:val="22"/>
        </w:rPr>
        <w:t>3. לא נכון – שי״ן ימנית היא Alt ימני + W, ושי״ן שמאלית היא Alt ימני + Q</w:t>
      </w:r>
    </w:p>
    <w:p>
      <w:pPr>
        <w:bidi/>
        <w:pStyle w:val="Heading3"/>
        <w:spacing w:after="80"/>
        <w:jc w:val="right"/>
      </w:pPr>
      <w:r>
        <w:rPr>
          <w:rFonts w:ascii="Arial" w:hAnsi="Arial" w:cs="Arial" w:eastAsia="Arial"/>
          <w:lang w:val="he-IL" w:bidi="he-IL"/>
          <w:b/>
          <w:color w:val="DD6B20"/>
          <w:sz w:val="26"/>
          <w:rtl/>
          <w:szCs w:val="26"/>
          <w:bCs/>
        </w:rPr>
        <w:t>חלק י״ד – פרק 4 · ניקוד במקלדת – השלמה והתאמה</w:t>
      </w:r>
    </w:p>
    <w:p>
      <w:pPr>
        <w:bidi/>
        <w:spacing w:after="40"/>
        <w:jc w:val="right"/>
      </w:pPr>
      <w:r>
        <w:rPr>
          <w:rFonts w:ascii="Arial" w:hAnsi="Arial" w:cs="Arial" w:eastAsia="Arial"/>
          <w:lang w:val="he-IL" w:bidi="he-IL"/>
          <w:sz w:val="22"/>
          <w:rtl/>
          <w:szCs w:val="22"/>
        </w:rPr>
        <w:t>1. פ</w:t>
      </w:r>
    </w:p>
    <w:p>
      <w:pPr>
        <w:bidi/>
        <w:spacing w:after="40"/>
        <w:jc w:val="right"/>
      </w:pPr>
      <w:r>
        <w:rPr>
          <w:rFonts w:ascii="Arial" w:hAnsi="Arial" w:cs="Arial" w:eastAsia="Arial"/>
          <w:lang w:val="he-IL" w:bidi="he-IL"/>
          <w:sz w:val="22"/>
          <w:rtl/>
          <w:szCs w:val="22"/>
        </w:rPr>
        <w:t>2. ו</w:t>
      </w:r>
    </w:p>
    <w:p>
      <w:pPr>
        <w:bidi/>
        <w:spacing w:after="40"/>
        <w:jc w:val="right"/>
      </w:pPr>
      <w:r>
        <w:rPr>
          <w:rFonts w:ascii="Arial" w:hAnsi="Arial" w:cs="Arial" w:eastAsia="Arial"/>
          <w:lang w:val="he-IL" w:bidi="he-IL"/>
          <w:sz w:val="22"/>
          <w:rtl/>
          <w:szCs w:val="22"/>
        </w:rPr>
        <w:t>3. ס</w:t>
      </w:r>
    </w:p>
    <w:p>
      <w:pPr>
        <w:bidi/>
        <w:pStyle w:val="Heading3"/>
        <w:spacing w:after="80"/>
        <w:jc w:val="right"/>
      </w:pPr>
      <w:r>
        <w:rPr>
          <w:rFonts w:ascii="Arial" w:hAnsi="Arial" w:cs="Arial" w:eastAsia="Arial"/>
          <w:lang w:val="he-IL" w:bidi="he-IL"/>
          <w:b/>
          <w:color w:val="3182CE"/>
          <w:sz w:val="26"/>
          <w:rtl/>
          <w:szCs w:val="26"/>
          <w:bCs/>
        </w:rPr>
        <w:t>חלק ט״ו – פרק 4 · ניקוד במקלדת – התאמת ניקוד לאות</w:t>
      </w:r>
    </w:p>
    <w:p>
      <w:pPr>
        <w:bidi/>
        <w:spacing w:after="40"/>
        <w:jc w:val="right"/>
      </w:pPr>
      <w:r>
        <w:rPr>
          <w:rFonts w:ascii="Arial" w:hAnsi="Arial" w:cs="Arial" w:eastAsia="Arial"/>
          <w:lang w:val="he-IL" w:bidi="he-IL"/>
          <w:sz w:val="22"/>
          <w:rtl/>
          <w:szCs w:val="22"/>
        </w:rPr>
        <w:t>1 – ה (ק)</w:t>
      </w:r>
    </w:p>
    <w:p>
      <w:pPr>
        <w:bidi/>
        <w:spacing w:after="40"/>
        <w:jc w:val="right"/>
      </w:pPr>
      <w:r>
        <w:rPr>
          <w:rFonts w:ascii="Arial" w:hAnsi="Arial" w:cs="Arial" w:eastAsia="Arial"/>
          <w:lang w:val="he-IL" w:bidi="he-IL"/>
          <w:sz w:val="22"/>
          <w:rtl/>
          <w:szCs w:val="22"/>
        </w:rPr>
        <w:t>2 – ג (צ)</w:t>
      </w:r>
    </w:p>
    <w:p>
      <w:pPr>
        <w:bidi/>
        <w:spacing w:after="40"/>
        <w:jc w:val="right"/>
      </w:pPr>
      <w:r>
        <w:rPr>
          <w:rFonts w:ascii="Arial" w:hAnsi="Arial" w:cs="Arial" w:eastAsia="Arial"/>
          <w:lang w:val="he-IL" w:bidi="he-IL"/>
          <w:sz w:val="22"/>
          <w:rtl/>
          <w:szCs w:val="22"/>
        </w:rPr>
        <w:t>3 – ד (ח)</w:t>
      </w:r>
    </w:p>
    <w:p>
      <w:pPr>
        <w:bidi/>
        <w:spacing w:after="40"/>
        <w:jc w:val="right"/>
      </w:pPr>
      <w:r>
        <w:rPr>
          <w:rFonts w:ascii="Arial" w:hAnsi="Arial" w:cs="Arial" w:eastAsia="Arial"/>
          <w:lang w:val="he-IL" w:bidi="he-IL"/>
          <w:sz w:val="22"/>
          <w:rtl/>
          <w:szCs w:val="22"/>
        </w:rPr>
        <w:t>4 – א (ש)</w:t>
      </w:r>
    </w:p>
    <w:p>
      <w:pPr>
        <w:bidi/>
        <w:spacing w:after="40"/>
        <w:jc w:val="right"/>
      </w:pPr>
      <w:r>
        <w:rPr>
          <w:rFonts w:ascii="Arial" w:hAnsi="Arial" w:cs="Arial" w:eastAsia="Arial"/>
          <w:lang w:val="he-IL" w:bidi="he-IL"/>
          <w:sz w:val="22"/>
          <w:rtl/>
          <w:szCs w:val="22"/>
        </w:rPr>
        <w:t>5 – ב (ד)</w:t>
      </w:r>
    </w:p>
    <w:p>
      <w:pPr>
        <w:bidi/>
        <w:pStyle w:val="Heading3"/>
        <w:spacing w:after="80"/>
        <w:jc w:val="right"/>
      </w:pPr>
      <w:r>
        <w:rPr>
          <w:rFonts w:ascii="Arial" w:hAnsi="Arial" w:cs="Arial" w:eastAsia="Arial"/>
          <w:lang w:val="he-IL" w:bidi="he-IL"/>
          <w:b/>
          <w:color w:val="38A169"/>
          <w:sz w:val="26"/>
          <w:rtl/>
          <w:szCs w:val="26"/>
          <w:bCs/>
        </w:rPr>
        <w:t>חלק ט״ז – פרק 5 · תרגול מסכם וחידון – זיהוי קיצורים בסיסיים</w:t>
      </w:r>
    </w:p>
    <w:p>
      <w:pPr>
        <w:bidi/>
        <w:spacing w:after="40"/>
        <w:jc w:val="right"/>
      </w:pPr>
      <w:r>
        <w:rPr>
          <w:rFonts w:ascii="Arial" w:hAnsi="Arial" w:cs="Arial" w:eastAsia="Arial"/>
          <w:lang w:val="he-IL" w:bidi="he-IL"/>
          <w:sz w:val="22"/>
          <w:rtl/>
          <w:szCs w:val="22"/>
        </w:rPr>
        <w:t>1. ב – מעתיק טקסט</w:t>
      </w:r>
    </w:p>
    <w:p>
      <w:pPr>
        <w:bidi/>
        <w:spacing w:after="40"/>
        <w:jc w:val="right"/>
      </w:pPr>
      <w:r>
        <w:rPr>
          <w:rFonts w:ascii="Arial" w:hAnsi="Arial" w:cs="Arial" w:eastAsia="Arial"/>
          <w:lang w:val="he-IL" w:bidi="he-IL"/>
          <w:sz w:val="22"/>
          <w:rtl/>
          <w:szCs w:val="22"/>
        </w:rPr>
        <w:t>2. ג – הדבקה</w:t>
      </w:r>
    </w:p>
    <w:p>
      <w:pPr>
        <w:bidi/>
        <w:spacing w:after="40"/>
        <w:jc w:val="right"/>
      </w:pPr>
      <w:r>
        <w:rPr>
          <w:rFonts w:ascii="Arial" w:hAnsi="Arial" w:cs="Arial" w:eastAsia="Arial"/>
          <w:lang w:val="he-IL" w:bidi="he-IL"/>
          <w:sz w:val="22"/>
          <w:rtl/>
          <w:szCs w:val="22"/>
        </w:rPr>
        <w:t>3. א – שמירה</w:t>
      </w:r>
    </w:p>
    <w:p>
      <w:pPr>
        <w:bidi/>
        <w:spacing w:after="40"/>
        <w:jc w:val="right"/>
      </w:pPr>
      <w:r>
        <w:rPr>
          <w:rFonts w:ascii="Arial" w:hAnsi="Arial" w:cs="Arial" w:eastAsia="Arial"/>
          <w:lang w:val="he-IL" w:bidi="he-IL"/>
          <w:sz w:val="22"/>
          <w:rtl/>
          <w:szCs w:val="22"/>
        </w:rPr>
        <w:t>4. ב – פותח לוח אימוג׳ים</w:t>
      </w:r>
    </w:p>
    <w:p>
      <w:pPr>
        <w:bidi/>
        <w:pStyle w:val="Heading3"/>
        <w:spacing w:after="80"/>
        <w:jc w:val="right"/>
      </w:pPr>
      <w:r>
        <w:rPr>
          <w:rFonts w:ascii="Arial" w:hAnsi="Arial" w:cs="Arial" w:eastAsia="Arial"/>
          <w:lang w:val="he-IL" w:bidi="he-IL"/>
          <w:b/>
          <w:color w:val="805AD5"/>
          <w:sz w:val="26"/>
          <w:rtl/>
          <w:szCs w:val="26"/>
          <w:bCs/>
        </w:rPr>
        <w:t>חלק י״ז – פרק 5 · תרגול מסכם וחידון – התאמת קיצור לפעולה</w:t>
      </w:r>
    </w:p>
    <w:p>
      <w:pPr>
        <w:bidi/>
        <w:spacing w:after="40"/>
        <w:jc w:val="right"/>
      </w:pPr>
      <w:r>
        <w:rPr>
          <w:rFonts w:ascii="Arial" w:hAnsi="Arial" w:cs="Arial" w:eastAsia="Arial"/>
          <w:lang w:val="he-IL" w:bidi="he-IL"/>
          <w:sz w:val="22"/>
          <w:rtl/>
          <w:szCs w:val="22"/>
        </w:rPr>
        <w:t>1 – ג (גזירה)</w:t>
      </w:r>
    </w:p>
    <w:p>
      <w:pPr>
        <w:bidi/>
        <w:spacing w:after="40"/>
        <w:jc w:val="right"/>
      </w:pPr>
      <w:r>
        <w:rPr>
          <w:rFonts w:ascii="Arial" w:hAnsi="Arial" w:cs="Arial" w:eastAsia="Arial"/>
          <w:lang w:val="he-IL" w:bidi="he-IL"/>
          <w:sz w:val="22"/>
          <w:rtl/>
          <w:szCs w:val="22"/>
        </w:rPr>
        <w:t>2 – א (ביטול פעולה)</w:t>
      </w:r>
    </w:p>
    <w:p>
      <w:pPr>
        <w:bidi/>
        <w:spacing w:after="40"/>
        <w:jc w:val="right"/>
      </w:pPr>
      <w:r>
        <w:rPr>
          <w:rFonts w:ascii="Arial" w:hAnsi="Arial" w:cs="Arial" w:eastAsia="Arial"/>
          <w:lang w:val="he-IL" w:bidi="he-IL"/>
          <w:sz w:val="22"/>
          <w:rtl/>
          <w:szCs w:val="22"/>
        </w:rPr>
        <w:t>3 – ד (בחירת הכול)</w:t>
      </w:r>
    </w:p>
    <w:p>
      <w:pPr>
        <w:bidi/>
        <w:spacing w:after="40"/>
        <w:jc w:val="right"/>
      </w:pPr>
      <w:r>
        <w:rPr>
          <w:rFonts w:ascii="Arial" w:hAnsi="Arial" w:cs="Arial" w:eastAsia="Arial"/>
          <w:lang w:val="he-IL" w:bidi="he-IL"/>
          <w:sz w:val="22"/>
          <w:rtl/>
          <w:szCs w:val="22"/>
        </w:rPr>
        <w:t>4 – ו (מודגש)</w:t>
      </w:r>
    </w:p>
    <w:p>
      <w:pPr>
        <w:bidi/>
        <w:spacing w:after="40"/>
        <w:jc w:val="right"/>
      </w:pPr>
      <w:r>
        <w:rPr>
          <w:rFonts w:ascii="Arial" w:hAnsi="Arial" w:cs="Arial" w:eastAsia="Arial"/>
          <w:lang w:val="he-IL" w:bidi="he-IL"/>
          <w:sz w:val="22"/>
          <w:rtl/>
          <w:szCs w:val="22"/>
        </w:rPr>
        <w:t>5 – ב (מירכוז)</w:t>
      </w:r>
    </w:p>
    <w:p>
      <w:pPr>
        <w:bidi/>
        <w:spacing w:after="40"/>
        <w:jc w:val="right"/>
      </w:pPr>
      <w:r>
        <w:rPr>
          <w:rFonts w:ascii="Arial" w:hAnsi="Arial" w:cs="Arial" w:eastAsia="Arial"/>
          <w:lang w:val="he-IL" w:bidi="he-IL"/>
          <w:sz w:val="22"/>
          <w:rtl/>
          <w:szCs w:val="22"/>
        </w:rPr>
        <w:t>6 – ה (יישור לימין)</w:t>
      </w:r>
    </w:p>
    <w:p>
      <w:pPr>
        <w:bidi/>
        <w:pStyle w:val="Heading3"/>
        <w:spacing w:after="80"/>
        <w:jc w:val="right"/>
      </w:pPr>
      <w:r>
        <w:rPr>
          <w:rFonts w:ascii="Arial" w:hAnsi="Arial" w:cs="Arial" w:eastAsia="Arial"/>
          <w:lang w:val="he-IL" w:bidi="he-IL"/>
          <w:b/>
          <w:color w:val="D53F8C"/>
          <w:sz w:val="26"/>
          <w:rtl/>
          <w:szCs w:val="26"/>
          <w:bCs/>
        </w:rPr>
        <w:t>חלק י״ח – פרק 5 · תרגול מסכם וחידון – יישום וחשיבה</w:t>
      </w:r>
    </w:p>
    <w:p>
      <w:pPr>
        <w:bidi/>
        <w:spacing w:after="40"/>
        <w:jc w:val="right"/>
      </w:pPr>
      <w:r>
        <w:rPr>
          <w:rFonts w:ascii="Arial" w:hAnsi="Arial" w:cs="Arial" w:eastAsia="Arial"/>
          <w:lang w:val="he-IL" w:bidi="he-IL"/>
          <w:sz w:val="22"/>
          <w:rtl/>
          <w:szCs w:val="22"/>
        </w:rPr>
        <w:t>1. קודם Ctrl+S לשמירה, ואז Ctrl+P להדפסה</w:t>
      </w:r>
    </w:p>
    <w:p>
      <w:pPr>
        <w:bidi/>
        <w:spacing w:after="40"/>
        <w:jc w:val="right"/>
      </w:pPr>
      <w:r>
        <w:rPr>
          <w:rFonts w:ascii="Arial" w:hAnsi="Arial" w:cs="Arial" w:eastAsia="Arial"/>
          <w:lang w:val="he-IL" w:bidi="he-IL"/>
          <w:sz w:val="22"/>
          <w:rtl/>
          <w:szCs w:val="22"/>
        </w:rPr>
        <w:t>2. Ctrl+Z מבטל פעולה אחרונה, Ctrl+Y מחזיר פעולה שבוטלה</w:t>
      </w:r>
    </w:p>
    <w:p>
      <w:pPr>
        <w:bidi/>
        <w:spacing w:after="40"/>
        <w:jc w:val="right"/>
      </w:pPr>
      <w:r>
        <w:rPr>
          <w:rFonts w:ascii="Arial" w:hAnsi="Arial" w:cs="Arial" w:eastAsia="Arial"/>
          <w:lang w:val="he-IL" w:bidi="he-IL"/>
          <w:sz w:val="22"/>
          <w:rtl/>
          <w:szCs w:val="22"/>
        </w:rPr>
        <w:t>3. למשל כשרוצים למצוא מילה מסוימת בתוך מסמך ארוך או בדף אינטרנט</w:t>
      </w:r>
    </w:p>
    <w:p>
      <w:pPr>
        <w:bidi/>
        <w:spacing w:after="40"/>
        <w:jc w:val="right"/>
      </w:pPr>
      <w:r>
        <w:rPr>
          <w:rFonts w:ascii="Arial" w:hAnsi="Arial" w:cs="Arial" w:eastAsia="Arial"/>
          <w:lang w:val="he-IL" w:bidi="he-IL"/>
          <w:sz w:val="22"/>
          <w:rtl/>
          <w:szCs w:val="22"/>
        </w:rPr>
        <w:t>4. מקלידים קודם את האות ואז לוחצים Alt ימני יחד עם האות שמסמלת את שם הניקוד, למשל Alt ימני + ק עבור קמץ</w:t>
      </w:r>
    </w:p>
    <w:p>
      <w:pPr>
        <w:bidi/>
        <w:pStyle w:val="Heading3"/>
        <w:spacing w:after="80"/>
        <w:jc w:val="right"/>
      </w:pPr>
      <w:r>
        <w:rPr>
          <w:rFonts w:ascii="Arial" w:hAnsi="Arial" w:cs="Arial" w:eastAsia="Arial"/>
          <w:lang w:val="he-IL" w:bidi="he-IL"/>
          <w:b/>
          <w:color w:val="E53E3E"/>
          <w:sz w:val="26"/>
          <w:rtl/>
          <w:szCs w:val="26"/>
          <w:bCs/>
        </w:rPr>
        <w:t>חלק י״ט – חזרה מסכמת – התאמה כוללת</w:t>
      </w:r>
    </w:p>
    <w:p>
      <w:pPr>
        <w:bidi/>
        <w:spacing w:after="40"/>
        <w:jc w:val="right"/>
      </w:pPr>
      <w:r>
        <w:rPr>
          <w:rFonts w:ascii="Arial" w:hAnsi="Arial" w:cs="Arial" w:eastAsia="Arial"/>
          <w:lang w:val="he-IL" w:bidi="he-IL"/>
          <w:sz w:val="22"/>
          <w:rtl/>
          <w:szCs w:val="22"/>
        </w:rPr>
        <w:t>1 – ג (העתקה)</w:t>
      </w:r>
    </w:p>
    <w:p>
      <w:pPr>
        <w:bidi/>
        <w:spacing w:after="40"/>
        <w:jc w:val="right"/>
      </w:pPr>
      <w:r>
        <w:rPr>
          <w:rFonts w:ascii="Arial" w:hAnsi="Arial" w:cs="Arial" w:eastAsia="Arial"/>
          <w:lang w:val="he-IL" w:bidi="he-IL"/>
          <w:sz w:val="22"/>
          <w:rtl/>
          <w:szCs w:val="22"/>
        </w:rPr>
        <w:t>2 – א (ביטול פעולה)</w:t>
      </w:r>
    </w:p>
    <w:p>
      <w:pPr>
        <w:bidi/>
        <w:spacing w:after="40"/>
        <w:jc w:val="right"/>
      </w:pPr>
      <w:r>
        <w:rPr>
          <w:rFonts w:ascii="Arial" w:hAnsi="Arial" w:cs="Arial" w:eastAsia="Arial"/>
          <w:lang w:val="he-IL" w:bidi="he-IL"/>
          <w:sz w:val="22"/>
          <w:rtl/>
          <w:szCs w:val="22"/>
        </w:rPr>
        <w:t>3 – ה (מודגש)</w:t>
      </w:r>
    </w:p>
    <w:p>
      <w:pPr>
        <w:bidi/>
        <w:spacing w:after="40"/>
        <w:jc w:val="right"/>
      </w:pPr>
      <w:r>
        <w:rPr>
          <w:rFonts w:ascii="Arial" w:hAnsi="Arial" w:cs="Arial" w:eastAsia="Arial"/>
          <w:lang w:val="he-IL" w:bidi="he-IL"/>
          <w:sz w:val="22"/>
          <w:rtl/>
          <w:szCs w:val="22"/>
        </w:rPr>
        <w:t>4 – ב (קו תחתון)</w:t>
      </w:r>
    </w:p>
    <w:p>
      <w:pPr>
        <w:bidi/>
        <w:spacing w:after="40"/>
        <w:jc w:val="right"/>
      </w:pPr>
      <w:r>
        <w:rPr>
          <w:rFonts w:ascii="Arial" w:hAnsi="Arial" w:cs="Arial" w:eastAsia="Arial"/>
          <w:lang w:val="he-IL" w:bidi="he-IL"/>
          <w:sz w:val="22"/>
          <w:rtl/>
          <w:szCs w:val="22"/>
        </w:rPr>
        <w:t>5 – ו (מעבר בין חלונות)</w:t>
      </w:r>
    </w:p>
    <w:p>
      <w:pPr>
        <w:bidi/>
        <w:spacing w:after="40"/>
        <w:jc w:val="right"/>
      </w:pPr>
      <w:r>
        <w:rPr>
          <w:rFonts w:ascii="Arial" w:hAnsi="Arial" w:cs="Arial" w:eastAsia="Arial"/>
          <w:lang w:val="he-IL" w:bidi="he-IL"/>
          <w:sz w:val="22"/>
          <w:rtl/>
          <w:szCs w:val="22"/>
        </w:rPr>
        <w:t>6 – ד (חיפוש)</w:t>
      </w:r>
    </w:p>
    <w:p>
      <w:pPr>
        <w:bidi/>
        <w:pStyle w:val="Heading3"/>
        <w:spacing w:after="80"/>
        <w:jc w:val="right"/>
      </w:pPr>
      <w:r>
        <w:rPr>
          <w:rFonts w:ascii="Arial" w:hAnsi="Arial" w:cs="Arial" w:eastAsia="Arial"/>
          <w:lang w:val="he-IL" w:bidi="he-IL"/>
          <w:b/>
          <w:color w:val="DD6B20"/>
          <w:sz w:val="26"/>
          <w:rtl/>
          <w:szCs w:val="26"/>
          <w:bCs/>
        </w:rPr>
        <w:t>חלק כ׳ – חזרה מסכמת – שאלות אמריקאיות</w:t>
      </w:r>
    </w:p>
    <w:p>
      <w:pPr>
        <w:bidi/>
        <w:spacing w:after="40"/>
        <w:jc w:val="right"/>
      </w:pPr>
      <w:r>
        <w:rPr>
          <w:rFonts w:ascii="Arial" w:hAnsi="Arial" w:cs="Arial" w:eastAsia="Arial"/>
          <w:lang w:val="he-IL" w:bidi="he-IL"/>
          <w:sz w:val="22"/>
          <w:rtl/>
          <w:szCs w:val="22"/>
        </w:rPr>
        <w:t>1. א – Ctrl + P</w:t>
      </w:r>
    </w:p>
    <w:p>
      <w:pPr>
        <w:bidi/>
        <w:spacing w:after="40"/>
        <w:jc w:val="right"/>
      </w:pPr>
      <w:r>
        <w:rPr>
          <w:rFonts w:ascii="Arial" w:hAnsi="Arial" w:cs="Arial" w:eastAsia="Arial"/>
          <w:lang w:val="he-IL" w:bidi="he-IL"/>
          <w:sz w:val="22"/>
          <w:rtl/>
          <w:szCs w:val="22"/>
        </w:rPr>
        <w:t>2. ב – בחירת הכול</w:t>
      </w:r>
    </w:p>
    <w:p>
      <w:pPr>
        <w:bidi/>
        <w:spacing w:after="40"/>
        <w:jc w:val="right"/>
      </w:pPr>
      <w:r>
        <w:rPr>
          <w:rFonts w:ascii="Arial" w:hAnsi="Arial" w:cs="Arial" w:eastAsia="Arial"/>
          <w:lang w:val="he-IL" w:bidi="he-IL"/>
          <w:sz w:val="22"/>
          <w:rtl/>
          <w:szCs w:val="22"/>
        </w:rPr>
        <w:t>3. ג – Ctrl + R</w:t>
      </w:r>
    </w:p>
    <w:p>
      <w:pPr>
        <w:bidi/>
        <w:spacing w:after="40"/>
        <w:jc w:val="right"/>
      </w:pPr>
      <w:r>
        <w:rPr>
          <w:rFonts w:ascii="Arial" w:hAnsi="Arial" w:cs="Arial" w:eastAsia="Arial"/>
          <w:lang w:val="he-IL" w:bidi="he-IL"/>
          <w:sz w:val="22"/>
          <w:rtl/>
          <w:szCs w:val="22"/>
        </w:rPr>
        <w:t>4. א – Alt ימני + פ</w:t>
      </w:r>
    </w:p>
    <w:p>
      <w:pPr>
        <w:bidi/>
        <w:spacing w:after="40"/>
        <w:jc w:val="right"/>
      </w:pPr>
      <w:r>
        <w:rPr>
          <w:rFonts w:ascii="Arial" w:hAnsi="Arial" w:cs="Arial" w:eastAsia="Arial"/>
          <w:lang w:val="he-IL" w:bidi="he-IL"/>
          <w:sz w:val="22"/>
          <w:rtl/>
          <w:szCs w:val="22"/>
        </w:rPr>
        <w:t>5. ב – בדפדפן זה מרענן את הדף, במעבד תמלילים זה מיישר לימין</w:t>
      </w:r>
    </w:p>
    <w:p>
      <w:pPr>
        <w:bidi/>
        <w:spacing w:after="40"/>
        <w:jc w:val="right"/>
      </w:pPr>
      <w:r>
        <w:rPr>
          <w:rFonts w:ascii="Arial" w:hAnsi="Arial" w:cs="Arial" w:eastAsia="Arial"/>
          <w:lang w:val="he-IL" w:bidi="he-IL"/>
          <w:sz w:val="22"/>
          <w:rtl/>
          <w:szCs w:val="22"/>
        </w:rPr>
        <w:t>6. א – Alt ימני + W</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התלמיד/ה מצליח/ה לשלוף קיצור נכון תוך שניות ספורות מהזיכרון, בלי לחפש בכרטיסים</w:t>
      </w:r>
    </w:p>
    <w:p>
      <w:pPr>
        <w:bidi/>
        <w:spacing w:after="80"/>
        <w:jc w:val="right"/>
      </w:pPr>
      <w:r>
        <w:rPr>
          <w:rFonts w:ascii="Arial" w:hAnsi="Arial" w:cs="Arial" w:eastAsia="Arial"/>
          <w:lang w:val="he-IL" w:bidi="he-IL"/>
          <w:sz w:val="22"/>
          <w:rtl/>
          <w:szCs w:val="22"/>
        </w:rPr>
        <w:t>• התלמיד/ה מזהה שאותו קיצור (כמו Ctrl+R) יכול להתנהג אחרת בדפדפן לעומת תוכנה</w:t>
      </w:r>
    </w:p>
    <w:p>
      <w:pPr>
        <w:bidi/>
        <w:spacing w:after="80"/>
        <w:jc w:val="right"/>
      </w:pPr>
      <w:r>
        <w:rPr>
          <w:rFonts w:ascii="Arial" w:hAnsi="Arial" w:cs="Arial" w:eastAsia="Arial"/>
          <w:lang w:val="he-IL" w:bidi="he-IL"/>
          <w:sz w:val="22"/>
          <w:rtl/>
          <w:szCs w:val="22"/>
        </w:rPr>
        <w:t>• התלמיד/ה מצליח/ה לזהות את האות המתאימה לכל סימן ניקוד ולהרכיב מילה שלמה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לכמה שיעורים קצרים – פרק אחד או שניים בכל פעם, עם חזרה בתחילת כל שיעור</w:t>
      </w:r>
    </w:p>
    <w:p>
      <w:pPr>
        <w:bidi/>
        <w:spacing w:after="80"/>
        <w:jc w:val="right"/>
      </w:pPr>
      <w:r>
        <w:rPr>
          <w:rFonts w:ascii="Arial" w:hAnsi="Arial" w:cs="Arial" w:eastAsia="Arial"/>
          <w:lang w:val="he-IL" w:bidi="he-IL"/>
          <w:sz w:val="22"/>
          <w:rtl/>
          <w:szCs w:val="22"/>
        </w:rPr>
        <w:t>• לתלמידים מתקדמים כדאי להוסיף אתגר של שרשרת קיצורים (לדוגמה: פתיחה, עריכה ושמירה ברצף)</w:t>
      </w:r>
    </w:p>
    <w:p>
      <w:pPr>
        <w:bidi/>
        <w:spacing w:after="80"/>
        <w:jc w:val="right"/>
      </w:pPr>
      <w:r>
        <w:rPr>
          <w:rFonts w:ascii="Arial" w:hAnsi="Arial" w:cs="Arial" w:eastAsia="Arial"/>
          <w:lang w:val="he-IL" w:bidi="he-IL"/>
          <w:sz w:val="22"/>
          <w:rtl/>
          <w:szCs w:val="22"/>
        </w:rPr>
        <w:t>• לתלמידים שמתקשים כדאי להתחיל רק מהפרק הראשון ולחזור עליו פעמיים לפני מעבר הלאה</w:t>
      </w:r>
    </w:p>
    <w:p>
      <w:pPr>
        <w:bidi/>
        <w:spacing w:after="80"/>
        <w:jc w:val="right"/>
      </w:pPr>
      <w:r>
        <w:rPr>
          <w:rFonts w:ascii="Arial" w:hAnsi="Arial" w:cs="Arial" w:eastAsia="Arial"/>
          <w:lang w:val="he-IL" w:bidi="he-IL"/>
          <w:sz w:val="22"/>
          <w:rtl/>
          <w:szCs w:val="22"/>
        </w:rPr>
        <w:t>• כדאי לשלב תרגול בעל פה בכיתה (כמו במשחק ההתאמה והתחרות) לצד הכתיבה בחוברת, כדי לחזק את הזיכרון</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קיצורי מקלדת – קיצור קטן, חיסכון גדול ⌨️</w:t>
            </w:r>
          </w:p>
          <w:p>
            <w:pPr>
              <w:bidi/>
              <w:jc w:val="right"/>
            </w:pPr>
            <w:r>
              <w:rPr>
                <w:rFonts w:ascii="Arial" w:hAnsi="Arial" w:cs="Arial" w:eastAsia="Arial"/>
                <w:lang w:val="he-IL" w:bidi="he-IL"/>
                <w:b/>
                <w:color w:val="3C1361"/>
                <w:sz w:val="32"/>
                <w:rtl/>
                <w:szCs w:val="32"/>
                <w:bCs/>
              </w:rPr>
              <w:t>חוברת תרגול – קיצורי מקלדת</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הזו תתרגלו קיצורי מקלדת שימושיים לפי נושאים. עברו על הדוגמאות בכל פרק, נסו לדמיין את הלחיצה על המקשים, וענו על התרגילים בעצמכם. בסוף כל פרק בדקו את התשובות מול הדוגמאות שלמדתם.</w:t>
      </w:r>
    </w:p>
    <w:p>
      <w:pPr>
        <w:bidi/>
        <w:pStyle w:val="Heading2"/>
        <w:spacing w:after="80"/>
        <w:jc w:val="right"/>
      </w:pPr>
      <w:r>
        <w:rPr>
          <w:rFonts w:ascii="Arial" w:hAnsi="Arial" w:cs="Arial" w:eastAsia="Arial"/>
          <w:lang w:val="he-IL" w:bidi="he-IL"/>
          <w:b/>
          <w:color w:val="E53E3E"/>
          <w:sz w:val="28"/>
          <w:rtl/>
          <w:szCs w:val="28"/>
          <w:bCs/>
        </w:rPr>
        <w:t>1  חלק א׳ – פרק 1 · קיצורי קבצים ועריכה – זיהוי קיצורים בסיסיים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איזה קיצור מבצע העתקה?</w:t>
      </w:r>
    </w:p>
    <w:p>
      <w:pPr>
        <w:bidi/>
        <w:spacing w:after="20"/>
        <w:jc w:val="right"/>
      </w:pPr>
      <w:r>
        <w:rPr>
          <w:rFonts w:ascii="Arial" w:hAnsi="Arial" w:cs="Arial" w:eastAsia="Arial"/>
          <w:lang w:val="he-IL" w:bidi="he-IL"/>
          <w:sz w:val="24"/>
          <w:rtl/>
          <w:szCs w:val="24"/>
        </w:rPr>
        <w:t xml:space="preserve">      ☐ א. Ctrl+V</w:t>
      </w:r>
    </w:p>
    <w:p>
      <w:pPr>
        <w:bidi/>
        <w:spacing w:after="20"/>
        <w:jc w:val="right"/>
      </w:pPr>
      <w:r>
        <w:rPr>
          <w:rFonts w:ascii="Arial" w:hAnsi="Arial" w:cs="Arial" w:eastAsia="Arial"/>
          <w:lang w:val="he-IL" w:bidi="he-IL"/>
          <w:sz w:val="24"/>
          <w:rtl/>
          <w:szCs w:val="24"/>
        </w:rPr>
        <w:t xml:space="preserve">      ☐ ב. Ctrl+C</w:t>
      </w:r>
    </w:p>
    <w:p>
      <w:pPr>
        <w:bidi/>
        <w:spacing w:after="20"/>
        <w:jc w:val="right"/>
      </w:pPr>
      <w:r>
        <w:rPr>
          <w:rFonts w:ascii="Arial" w:hAnsi="Arial" w:cs="Arial" w:eastAsia="Arial"/>
          <w:lang w:val="he-IL" w:bidi="he-IL"/>
          <w:sz w:val="24"/>
          <w:rtl/>
          <w:szCs w:val="24"/>
        </w:rPr>
        <w:t xml:space="preserve">      ☐ ג. Ctrl+X</w:t>
      </w:r>
    </w:p>
    <w:p>
      <w:pPr>
        <w:bidi/>
        <w:spacing w:after="20"/>
        <w:jc w:val="right"/>
      </w:pPr>
      <w:r>
        <w:rPr>
          <w:rFonts w:ascii="Arial" w:hAnsi="Arial" w:cs="Arial" w:eastAsia="Arial"/>
          <w:lang w:val="he-IL" w:bidi="he-IL"/>
          <w:sz w:val="24"/>
          <w:rtl/>
          <w:szCs w:val="24"/>
        </w:rPr>
        <w:t xml:space="preserve">      ☐ ד. Ctrl+Z</w:t>
      </w:r>
    </w:p>
    <w:p>
      <w:pPr>
        <w:bidi/>
        <w:spacing w:after="20"/>
        <w:jc w:val="right"/>
      </w:pPr>
      <w:r>
        <w:rPr>
          <w:rFonts w:ascii="Arial" w:hAnsi="Arial" w:cs="Arial" w:eastAsia="Arial"/>
          <w:lang w:val="he-IL" w:bidi="he-IL"/>
          <w:b/>
          <w:sz w:val="24"/>
          <w:rtl/>
          <w:szCs w:val="24"/>
          <w:bCs/>
        </w:rPr>
        <w:t>2. איזה קיצור מבצע הדבקה?</w:t>
      </w:r>
    </w:p>
    <w:p>
      <w:pPr>
        <w:bidi/>
        <w:spacing w:after="20"/>
        <w:jc w:val="right"/>
      </w:pPr>
      <w:r>
        <w:rPr>
          <w:rFonts w:ascii="Arial" w:hAnsi="Arial" w:cs="Arial" w:eastAsia="Arial"/>
          <w:lang w:val="he-IL" w:bidi="he-IL"/>
          <w:sz w:val="24"/>
          <w:rtl/>
          <w:szCs w:val="24"/>
        </w:rPr>
        <w:t xml:space="preserve">      ☐ א. Ctrl+V</w:t>
      </w:r>
    </w:p>
    <w:p>
      <w:pPr>
        <w:bidi/>
        <w:spacing w:after="20"/>
        <w:jc w:val="right"/>
      </w:pPr>
      <w:r>
        <w:rPr>
          <w:rFonts w:ascii="Arial" w:hAnsi="Arial" w:cs="Arial" w:eastAsia="Arial"/>
          <w:lang w:val="he-IL" w:bidi="he-IL"/>
          <w:sz w:val="24"/>
          <w:rtl/>
          <w:szCs w:val="24"/>
        </w:rPr>
        <w:t xml:space="preserve">      ☐ ב. Ctrl+C</w:t>
      </w:r>
    </w:p>
    <w:p>
      <w:pPr>
        <w:bidi/>
        <w:spacing w:after="20"/>
        <w:jc w:val="right"/>
      </w:pPr>
      <w:r>
        <w:rPr>
          <w:rFonts w:ascii="Arial" w:hAnsi="Arial" w:cs="Arial" w:eastAsia="Arial"/>
          <w:lang w:val="he-IL" w:bidi="he-IL"/>
          <w:sz w:val="24"/>
          <w:rtl/>
          <w:szCs w:val="24"/>
        </w:rPr>
        <w:t xml:space="preserve">      ☐ ג. Ctrl+A</w:t>
      </w:r>
    </w:p>
    <w:p>
      <w:pPr>
        <w:bidi/>
        <w:spacing w:after="20"/>
        <w:jc w:val="right"/>
      </w:pPr>
      <w:r>
        <w:rPr>
          <w:rFonts w:ascii="Arial" w:hAnsi="Arial" w:cs="Arial" w:eastAsia="Arial"/>
          <w:lang w:val="he-IL" w:bidi="he-IL"/>
          <w:sz w:val="24"/>
          <w:rtl/>
          <w:szCs w:val="24"/>
        </w:rPr>
        <w:t xml:space="preserve">      ☐ ד. Ctrl+S</w:t>
      </w:r>
    </w:p>
    <w:p>
      <w:pPr>
        <w:bidi/>
        <w:spacing w:after="20"/>
        <w:jc w:val="right"/>
      </w:pPr>
      <w:r>
        <w:rPr>
          <w:rFonts w:ascii="Arial" w:hAnsi="Arial" w:cs="Arial" w:eastAsia="Arial"/>
          <w:lang w:val="he-IL" w:bidi="he-IL"/>
          <w:b/>
          <w:sz w:val="24"/>
          <w:rtl/>
          <w:szCs w:val="24"/>
          <w:bCs/>
        </w:rPr>
        <w:t>3. איזה קיצור מבטל פעולה אחרונה?</w:t>
      </w:r>
    </w:p>
    <w:p>
      <w:pPr>
        <w:bidi/>
        <w:spacing w:after="20"/>
        <w:jc w:val="right"/>
      </w:pPr>
      <w:r>
        <w:rPr>
          <w:rFonts w:ascii="Arial" w:hAnsi="Arial" w:cs="Arial" w:eastAsia="Arial"/>
          <w:lang w:val="he-IL" w:bidi="he-IL"/>
          <w:sz w:val="24"/>
          <w:rtl/>
          <w:szCs w:val="24"/>
        </w:rPr>
        <w:t xml:space="preserve">      ☐ א. Ctrl+Y</w:t>
      </w:r>
    </w:p>
    <w:p>
      <w:pPr>
        <w:bidi/>
        <w:spacing w:after="20"/>
        <w:jc w:val="right"/>
      </w:pPr>
      <w:r>
        <w:rPr>
          <w:rFonts w:ascii="Arial" w:hAnsi="Arial" w:cs="Arial" w:eastAsia="Arial"/>
          <w:lang w:val="he-IL" w:bidi="he-IL"/>
          <w:sz w:val="24"/>
          <w:rtl/>
          <w:szCs w:val="24"/>
        </w:rPr>
        <w:t xml:space="preserve">      ☐ ב. Ctrl+Z</w:t>
      </w:r>
    </w:p>
    <w:p>
      <w:pPr>
        <w:bidi/>
        <w:spacing w:after="20"/>
        <w:jc w:val="right"/>
      </w:pPr>
      <w:r>
        <w:rPr>
          <w:rFonts w:ascii="Arial" w:hAnsi="Arial" w:cs="Arial" w:eastAsia="Arial"/>
          <w:lang w:val="he-IL" w:bidi="he-IL"/>
          <w:sz w:val="24"/>
          <w:rtl/>
          <w:szCs w:val="24"/>
        </w:rPr>
        <w:t xml:space="preserve">      ☐ ג. Ctrl+X</w:t>
      </w:r>
    </w:p>
    <w:p>
      <w:pPr>
        <w:bidi/>
        <w:spacing w:after="20"/>
        <w:jc w:val="right"/>
      </w:pPr>
      <w:r>
        <w:rPr>
          <w:rFonts w:ascii="Arial" w:hAnsi="Arial" w:cs="Arial" w:eastAsia="Arial"/>
          <w:lang w:val="he-IL" w:bidi="he-IL"/>
          <w:sz w:val="24"/>
          <w:rtl/>
          <w:szCs w:val="24"/>
        </w:rPr>
        <w:t xml:space="preserve">      ☐ ד. Ctrl+N</w:t>
      </w:r>
    </w:p>
    <w:p>
      <w:pPr>
        <w:bidi/>
        <w:spacing w:after="20"/>
        <w:jc w:val="right"/>
      </w:pPr>
      <w:r>
        <w:rPr>
          <w:rFonts w:ascii="Arial" w:hAnsi="Arial" w:cs="Arial" w:eastAsia="Arial"/>
          <w:lang w:val="he-IL" w:bidi="he-IL"/>
          <w:b/>
          <w:sz w:val="24"/>
          <w:rtl/>
          <w:szCs w:val="24"/>
          <w:bCs/>
        </w:rPr>
        <w:t>4. איזה קיצור שומר קובץ?</w:t>
      </w:r>
    </w:p>
    <w:p>
      <w:pPr>
        <w:bidi/>
        <w:spacing w:after="20"/>
        <w:jc w:val="right"/>
      </w:pPr>
      <w:r>
        <w:rPr>
          <w:rFonts w:ascii="Arial" w:hAnsi="Arial" w:cs="Arial" w:eastAsia="Arial"/>
          <w:lang w:val="he-IL" w:bidi="he-IL"/>
          <w:sz w:val="24"/>
          <w:rtl/>
          <w:szCs w:val="24"/>
        </w:rPr>
        <w:t xml:space="preserve">      ☐ א. Ctrl+P</w:t>
      </w:r>
    </w:p>
    <w:p>
      <w:pPr>
        <w:bidi/>
        <w:spacing w:after="20"/>
        <w:jc w:val="right"/>
      </w:pPr>
      <w:r>
        <w:rPr>
          <w:rFonts w:ascii="Arial" w:hAnsi="Arial" w:cs="Arial" w:eastAsia="Arial"/>
          <w:lang w:val="he-IL" w:bidi="he-IL"/>
          <w:sz w:val="24"/>
          <w:rtl/>
          <w:szCs w:val="24"/>
        </w:rPr>
        <w:t xml:space="preserve">      ☐ ב. Ctrl+O</w:t>
      </w:r>
    </w:p>
    <w:p>
      <w:pPr>
        <w:bidi/>
        <w:spacing w:after="20"/>
        <w:jc w:val="right"/>
      </w:pPr>
      <w:r>
        <w:rPr>
          <w:rFonts w:ascii="Arial" w:hAnsi="Arial" w:cs="Arial" w:eastAsia="Arial"/>
          <w:lang w:val="he-IL" w:bidi="he-IL"/>
          <w:sz w:val="24"/>
          <w:rtl/>
          <w:szCs w:val="24"/>
        </w:rPr>
        <w:t xml:space="preserve">      ☐ ג. Ctrl+S</w:t>
      </w:r>
    </w:p>
    <w:p>
      <w:pPr>
        <w:bidi/>
        <w:spacing w:after="20"/>
        <w:jc w:val="right"/>
      </w:pPr>
      <w:r>
        <w:rPr>
          <w:rFonts w:ascii="Arial" w:hAnsi="Arial" w:cs="Arial" w:eastAsia="Arial"/>
          <w:lang w:val="he-IL" w:bidi="he-IL"/>
          <w:sz w:val="24"/>
          <w:rtl/>
          <w:szCs w:val="24"/>
        </w:rPr>
        <w:t xml:space="preserve">      ☐ ד. Ctrl+F</w:t>
      </w:r>
    </w:p>
    <w:p>
      <w:pPr>
        <w:bidi/>
        <w:spacing w:after="20"/>
        <w:jc w:val="right"/>
      </w:pPr>
      <w:r>
        <w:rPr>
          <w:rFonts w:ascii="Arial" w:hAnsi="Arial" w:cs="Arial" w:eastAsia="Arial"/>
          <w:lang w:val="he-IL" w:bidi="he-IL"/>
          <w:b/>
          <w:sz w:val="24"/>
          <w:rtl/>
          <w:szCs w:val="24"/>
          <w:bCs/>
        </w:rPr>
        <w:t>5. איזה קיצור פותח חלון הדפסה?</w:t>
      </w:r>
    </w:p>
    <w:p>
      <w:pPr>
        <w:bidi/>
        <w:spacing w:after="20"/>
        <w:jc w:val="right"/>
      </w:pPr>
      <w:r>
        <w:rPr>
          <w:rFonts w:ascii="Arial" w:hAnsi="Arial" w:cs="Arial" w:eastAsia="Arial"/>
          <w:lang w:val="he-IL" w:bidi="he-IL"/>
          <w:sz w:val="24"/>
          <w:rtl/>
          <w:szCs w:val="24"/>
        </w:rPr>
        <w:t xml:space="preserve">      ☐ א. Ctrl+N</w:t>
      </w:r>
    </w:p>
    <w:p>
      <w:pPr>
        <w:bidi/>
        <w:spacing w:after="20"/>
        <w:jc w:val="right"/>
      </w:pPr>
      <w:r>
        <w:rPr>
          <w:rFonts w:ascii="Arial" w:hAnsi="Arial" w:cs="Arial" w:eastAsia="Arial"/>
          <w:lang w:val="he-IL" w:bidi="he-IL"/>
          <w:sz w:val="24"/>
          <w:rtl/>
          <w:szCs w:val="24"/>
        </w:rPr>
        <w:t xml:space="preserve">      ☐ ב. Ctrl+P</w:t>
      </w:r>
    </w:p>
    <w:p>
      <w:pPr>
        <w:bidi/>
        <w:spacing w:after="20"/>
        <w:jc w:val="right"/>
      </w:pPr>
      <w:r>
        <w:rPr>
          <w:rFonts w:ascii="Arial" w:hAnsi="Arial" w:cs="Arial" w:eastAsia="Arial"/>
          <w:lang w:val="he-IL" w:bidi="he-IL"/>
          <w:sz w:val="24"/>
          <w:rtl/>
          <w:szCs w:val="24"/>
        </w:rPr>
        <w:t xml:space="preserve">      ☐ ג. Ctrl+A</w:t>
      </w:r>
    </w:p>
    <w:p>
      <w:pPr>
        <w:bidi/>
        <w:spacing w:after="20"/>
        <w:jc w:val="right"/>
      </w:pPr>
      <w:r>
        <w:rPr>
          <w:rFonts w:ascii="Arial" w:hAnsi="Arial" w:cs="Arial" w:eastAsia="Arial"/>
          <w:lang w:val="he-IL" w:bidi="he-IL"/>
          <w:sz w:val="24"/>
          <w:rtl/>
          <w:szCs w:val="24"/>
        </w:rPr>
        <w:t xml:space="preserve">      ☐ ד. Ctrl+V</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קיצורי קבצים ועריכה – התאמה ונכון/לא נכון</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Ctrl+X</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פתיחת קובץ</w:t>
            </w:r>
          </w:p>
        </w:tc>
      </w:tr>
      <w:tr>
        <w:tc>
          <w:tcPr>
            <w:tcW w:type="dxa" w:w="3969"/>
          </w:tcPr>
          <w:p>
            <w:pPr>
              <w:bidi/>
              <w:jc w:val="right"/>
            </w:pPr>
            <w:r>
              <w:rPr>
                <w:rFonts w:ascii="Arial" w:hAnsi="Arial" w:cs="Arial" w:eastAsia="Arial"/>
                <w:lang w:val="he-IL" w:bidi="he-IL"/>
                <w:sz w:val="24"/>
                <w:rtl/>
                <w:szCs w:val="24"/>
              </w:rPr>
              <w:t>2. Ctrl+A</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גזירה</w:t>
            </w:r>
          </w:p>
        </w:tc>
      </w:tr>
      <w:tr>
        <w:tc>
          <w:tcPr>
            <w:tcW w:type="dxa" w:w="3969"/>
          </w:tcPr>
          <w:p>
            <w:pPr>
              <w:bidi/>
              <w:jc w:val="right"/>
            </w:pPr>
            <w:r>
              <w:rPr>
                <w:rFonts w:ascii="Arial" w:hAnsi="Arial" w:cs="Arial" w:eastAsia="Arial"/>
                <w:lang w:val="he-IL" w:bidi="he-IL"/>
                <w:sz w:val="24"/>
                <w:rtl/>
                <w:szCs w:val="24"/>
              </w:rPr>
              <w:t>3. Ctrl+O</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חיפוש</w:t>
            </w:r>
          </w:p>
        </w:tc>
      </w:tr>
      <w:tr>
        <w:tc>
          <w:tcPr>
            <w:tcW w:type="dxa" w:w="3969"/>
          </w:tcPr>
          <w:p>
            <w:pPr>
              <w:bidi/>
              <w:jc w:val="right"/>
            </w:pPr>
            <w:r>
              <w:rPr>
                <w:rFonts w:ascii="Arial" w:hAnsi="Arial" w:cs="Arial" w:eastAsia="Arial"/>
                <w:lang w:val="he-IL" w:bidi="he-IL"/>
                <w:sz w:val="24"/>
                <w:rtl/>
                <w:szCs w:val="24"/>
              </w:rPr>
              <w:t>4. Ctrl+N</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בחירת הכול</w:t>
            </w:r>
          </w:p>
        </w:tc>
      </w:tr>
      <w:tr>
        <w:tc>
          <w:tcPr>
            <w:tcW w:type="dxa" w:w="3969"/>
          </w:tcPr>
          <w:p>
            <w:pPr>
              <w:bidi/>
              <w:jc w:val="right"/>
            </w:pPr>
            <w:r>
              <w:rPr>
                <w:rFonts w:ascii="Arial" w:hAnsi="Arial" w:cs="Arial" w:eastAsia="Arial"/>
                <w:lang w:val="he-IL" w:bidi="he-IL"/>
                <w:sz w:val="24"/>
                <w:rtl/>
                <w:szCs w:val="24"/>
              </w:rPr>
              <w:t>5. Ctrl+F</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קובץ חדש</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קיצורי קבצים ועריכה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Ctrl+Y מבצע שוב פעולה שבוטלה בטעות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Ctrl+X מעתיק טקסט אבל משאיר אותו במקום המקורי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אפשר ללחוץ כמה פעמים על Ctrl+Z כדי לחזור כמה צעדים אחורה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1 · קיצורי קבצים ועריכה – יישום וחשיבה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הקלדתם פסקה ארוכה וטעיתם במילה אחת. איזה קיצור תשתמשו כדי לתקן, ולמה לא Ctrl+X?</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מה ההבדל בין Ctrl+C ל-Ctrl+X מבחינת מה שקורה למקור?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רוצים להעביר פסקה ממקום אחד למסמך למקום אחר בלי להשאיר עותק מהמקור. אילו שני קיצורים תשתמשו, ובאיזה סדר?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עיצוב טקסט – היכרות עם הקיצורים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איזה קיצור הופך טקסט למודגש?</w:t>
      </w:r>
    </w:p>
    <w:p>
      <w:pPr>
        <w:bidi/>
        <w:spacing w:after="20"/>
        <w:jc w:val="right"/>
      </w:pPr>
      <w:r>
        <w:rPr>
          <w:rFonts w:ascii="Arial" w:hAnsi="Arial" w:cs="Arial" w:eastAsia="Arial"/>
          <w:lang w:val="he-IL" w:bidi="he-IL"/>
          <w:sz w:val="24"/>
          <w:rtl/>
          <w:szCs w:val="24"/>
        </w:rPr>
        <w:t xml:space="preserve">      ☐ א. Ctrl+B</w:t>
      </w:r>
    </w:p>
    <w:p>
      <w:pPr>
        <w:bidi/>
        <w:spacing w:after="20"/>
        <w:jc w:val="right"/>
      </w:pPr>
      <w:r>
        <w:rPr>
          <w:rFonts w:ascii="Arial" w:hAnsi="Arial" w:cs="Arial" w:eastAsia="Arial"/>
          <w:lang w:val="he-IL" w:bidi="he-IL"/>
          <w:sz w:val="24"/>
          <w:rtl/>
          <w:szCs w:val="24"/>
        </w:rPr>
        <w:t xml:space="preserve">      ☐ ב. Ctrl+I</w:t>
      </w:r>
    </w:p>
    <w:p>
      <w:pPr>
        <w:bidi/>
        <w:spacing w:after="20"/>
        <w:jc w:val="right"/>
      </w:pPr>
      <w:r>
        <w:rPr>
          <w:rFonts w:ascii="Arial" w:hAnsi="Arial" w:cs="Arial" w:eastAsia="Arial"/>
          <w:lang w:val="he-IL" w:bidi="he-IL"/>
          <w:sz w:val="24"/>
          <w:rtl/>
          <w:szCs w:val="24"/>
        </w:rPr>
        <w:t xml:space="preserve">      ☐ ג. Ctrl+U</w:t>
      </w:r>
    </w:p>
    <w:p>
      <w:pPr>
        <w:bidi/>
        <w:spacing w:after="20"/>
        <w:jc w:val="right"/>
      </w:pPr>
      <w:r>
        <w:rPr>
          <w:rFonts w:ascii="Arial" w:hAnsi="Arial" w:cs="Arial" w:eastAsia="Arial"/>
          <w:lang w:val="he-IL" w:bidi="he-IL"/>
          <w:sz w:val="24"/>
          <w:rtl/>
          <w:szCs w:val="24"/>
        </w:rPr>
        <w:t xml:space="preserve">      ☐ ד. Ctrl+E</w:t>
      </w:r>
    </w:p>
    <w:p>
      <w:pPr>
        <w:bidi/>
        <w:spacing w:after="20"/>
        <w:jc w:val="right"/>
      </w:pPr>
      <w:r>
        <w:rPr>
          <w:rFonts w:ascii="Arial" w:hAnsi="Arial" w:cs="Arial" w:eastAsia="Arial"/>
          <w:lang w:val="he-IL" w:bidi="he-IL"/>
          <w:b/>
          <w:sz w:val="24"/>
          <w:rtl/>
          <w:szCs w:val="24"/>
          <w:bCs/>
        </w:rPr>
        <w:t>2. איזה קיצור הופך טקסט לנטוי?</w:t>
      </w:r>
    </w:p>
    <w:p>
      <w:pPr>
        <w:bidi/>
        <w:spacing w:after="20"/>
        <w:jc w:val="right"/>
      </w:pPr>
      <w:r>
        <w:rPr>
          <w:rFonts w:ascii="Arial" w:hAnsi="Arial" w:cs="Arial" w:eastAsia="Arial"/>
          <w:lang w:val="he-IL" w:bidi="he-IL"/>
          <w:sz w:val="24"/>
          <w:rtl/>
          <w:szCs w:val="24"/>
        </w:rPr>
        <w:t xml:space="preserve">      ☐ א. Ctrl+U</w:t>
      </w:r>
    </w:p>
    <w:p>
      <w:pPr>
        <w:bidi/>
        <w:spacing w:after="20"/>
        <w:jc w:val="right"/>
      </w:pPr>
      <w:r>
        <w:rPr>
          <w:rFonts w:ascii="Arial" w:hAnsi="Arial" w:cs="Arial" w:eastAsia="Arial"/>
          <w:lang w:val="he-IL" w:bidi="he-IL"/>
          <w:sz w:val="24"/>
          <w:rtl/>
          <w:szCs w:val="24"/>
        </w:rPr>
        <w:t xml:space="preserve">      ☐ ב. Ctrl+I</w:t>
      </w:r>
    </w:p>
    <w:p>
      <w:pPr>
        <w:bidi/>
        <w:spacing w:after="20"/>
        <w:jc w:val="right"/>
      </w:pPr>
      <w:r>
        <w:rPr>
          <w:rFonts w:ascii="Arial" w:hAnsi="Arial" w:cs="Arial" w:eastAsia="Arial"/>
          <w:lang w:val="he-IL" w:bidi="he-IL"/>
          <w:sz w:val="24"/>
          <w:rtl/>
          <w:szCs w:val="24"/>
        </w:rPr>
        <w:t xml:space="preserve">      ☐ ג. Ctrl+B</w:t>
      </w:r>
    </w:p>
    <w:p>
      <w:pPr>
        <w:bidi/>
        <w:spacing w:after="20"/>
        <w:jc w:val="right"/>
      </w:pPr>
      <w:r>
        <w:rPr>
          <w:rFonts w:ascii="Arial" w:hAnsi="Arial" w:cs="Arial" w:eastAsia="Arial"/>
          <w:lang w:val="he-IL" w:bidi="he-IL"/>
          <w:sz w:val="24"/>
          <w:rtl/>
          <w:szCs w:val="24"/>
        </w:rPr>
        <w:t xml:space="preserve">      ☐ ד. Ctrl+R</w:t>
      </w:r>
    </w:p>
    <w:p>
      <w:pPr>
        <w:bidi/>
        <w:spacing w:after="20"/>
        <w:jc w:val="right"/>
      </w:pPr>
      <w:r>
        <w:rPr>
          <w:rFonts w:ascii="Arial" w:hAnsi="Arial" w:cs="Arial" w:eastAsia="Arial"/>
          <w:lang w:val="he-IL" w:bidi="he-IL"/>
          <w:b/>
          <w:sz w:val="24"/>
          <w:rtl/>
          <w:szCs w:val="24"/>
          <w:bCs/>
        </w:rPr>
        <w:t>3. איזה קיצור מוסיף קו מתחת לטקסט?</w:t>
      </w:r>
    </w:p>
    <w:p>
      <w:pPr>
        <w:bidi/>
        <w:spacing w:after="20"/>
        <w:jc w:val="right"/>
      </w:pPr>
      <w:r>
        <w:rPr>
          <w:rFonts w:ascii="Arial" w:hAnsi="Arial" w:cs="Arial" w:eastAsia="Arial"/>
          <w:lang w:val="he-IL" w:bidi="he-IL"/>
          <w:sz w:val="24"/>
          <w:rtl/>
          <w:szCs w:val="24"/>
        </w:rPr>
        <w:t xml:space="preserve">      ☐ א. Ctrl+E</w:t>
      </w:r>
    </w:p>
    <w:p>
      <w:pPr>
        <w:bidi/>
        <w:spacing w:after="20"/>
        <w:jc w:val="right"/>
      </w:pPr>
      <w:r>
        <w:rPr>
          <w:rFonts w:ascii="Arial" w:hAnsi="Arial" w:cs="Arial" w:eastAsia="Arial"/>
          <w:lang w:val="he-IL" w:bidi="he-IL"/>
          <w:sz w:val="24"/>
          <w:rtl/>
          <w:szCs w:val="24"/>
        </w:rPr>
        <w:t xml:space="preserve">      ☐ ב. Ctrl+U</w:t>
      </w:r>
    </w:p>
    <w:p>
      <w:pPr>
        <w:bidi/>
        <w:spacing w:after="20"/>
        <w:jc w:val="right"/>
      </w:pPr>
      <w:r>
        <w:rPr>
          <w:rFonts w:ascii="Arial" w:hAnsi="Arial" w:cs="Arial" w:eastAsia="Arial"/>
          <w:lang w:val="he-IL" w:bidi="he-IL"/>
          <w:sz w:val="24"/>
          <w:rtl/>
          <w:szCs w:val="24"/>
        </w:rPr>
        <w:t xml:space="preserve">      ☐ ג. Ctrl+L</w:t>
      </w:r>
    </w:p>
    <w:p>
      <w:pPr>
        <w:bidi/>
        <w:spacing w:after="20"/>
        <w:jc w:val="right"/>
      </w:pPr>
      <w:r>
        <w:rPr>
          <w:rFonts w:ascii="Arial" w:hAnsi="Arial" w:cs="Arial" w:eastAsia="Arial"/>
          <w:lang w:val="he-IL" w:bidi="he-IL"/>
          <w:sz w:val="24"/>
          <w:rtl/>
          <w:szCs w:val="24"/>
        </w:rPr>
        <w:t xml:space="preserve">      ☐ ד. Ctrl+B</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עיצוב טקסט – השלמה והתאמה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הקיצור __________ ממרכז את הפסקה למעבד תמלילים</w:t>
      </w:r>
    </w:p>
    <w:p>
      <w:pPr>
        <w:bidi/>
        <w:spacing w:after="80"/>
        <w:jc w:val="right"/>
      </w:pPr>
      <w:r>
        <w:rPr>
          <w:rFonts w:ascii="Arial" w:hAnsi="Arial" w:cs="Arial" w:eastAsia="Arial"/>
          <w:lang w:val="he-IL" w:bidi="he-IL"/>
          <w:sz w:val="24"/>
          <w:rtl/>
          <w:szCs w:val="24"/>
        </w:rPr>
        <w:t>2. הקיצור Ctrl+R מיישר את הפסקה ל__________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עיצוב טקסט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בדפדפן, הקיצור Ctrl+R מרענן את הדף במקום ליישר טקסט</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בדפדפן, הקיצור Ctrl+L מיישר טקסט לשמאל כמו במעבד תמלילים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הקיצור Ctrl+E עובד באותה צורה בדיוק גם בדפדפן וגם במעבד תמלילים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2 · עיצוב טקסט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Ctrl+B</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יישור לימין</w:t>
            </w:r>
          </w:p>
        </w:tc>
      </w:tr>
      <w:tr>
        <w:tc>
          <w:tcPr>
            <w:tcW w:type="dxa" w:w="3969"/>
          </w:tcPr>
          <w:p>
            <w:pPr>
              <w:bidi/>
              <w:jc w:val="right"/>
            </w:pPr>
            <w:r>
              <w:rPr>
                <w:rFonts w:ascii="Arial" w:hAnsi="Arial" w:cs="Arial" w:eastAsia="Arial"/>
                <w:lang w:val="he-IL" w:bidi="he-IL"/>
                <w:sz w:val="24"/>
                <w:rtl/>
                <w:szCs w:val="24"/>
              </w:rPr>
              <w:t>2. Ctrl+I</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מודגש</w:t>
            </w:r>
          </w:p>
        </w:tc>
      </w:tr>
      <w:tr>
        <w:tc>
          <w:tcPr>
            <w:tcW w:type="dxa" w:w="3969"/>
          </w:tcPr>
          <w:p>
            <w:pPr>
              <w:bidi/>
              <w:jc w:val="right"/>
            </w:pPr>
            <w:r>
              <w:rPr>
                <w:rFonts w:ascii="Arial" w:hAnsi="Arial" w:cs="Arial" w:eastAsia="Arial"/>
                <w:lang w:val="he-IL" w:bidi="he-IL"/>
                <w:sz w:val="24"/>
                <w:rtl/>
                <w:szCs w:val="24"/>
              </w:rPr>
              <w:t>3. Ctrl+U</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מירכוז</w:t>
            </w:r>
          </w:p>
        </w:tc>
      </w:tr>
      <w:tr>
        <w:tc>
          <w:tcPr>
            <w:tcW w:type="dxa" w:w="3969"/>
          </w:tcPr>
          <w:p>
            <w:pPr>
              <w:bidi/>
              <w:jc w:val="right"/>
            </w:pPr>
            <w:r>
              <w:rPr>
                <w:rFonts w:ascii="Arial" w:hAnsi="Arial" w:cs="Arial" w:eastAsia="Arial"/>
                <w:lang w:val="he-IL" w:bidi="he-IL"/>
                <w:sz w:val="24"/>
                <w:rtl/>
                <w:szCs w:val="24"/>
              </w:rPr>
              <w:t>4. Ctrl+E</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נטוי</w:t>
            </w:r>
          </w:p>
        </w:tc>
      </w:tr>
      <w:tr>
        <w:tc>
          <w:tcPr>
            <w:tcW w:type="dxa" w:w="3969"/>
          </w:tcPr>
          <w:p>
            <w:pPr>
              <w:bidi/>
              <w:jc w:val="right"/>
            </w:pPr>
            <w:r>
              <w:rPr>
                <w:rFonts w:ascii="Arial" w:hAnsi="Arial" w:cs="Arial" w:eastAsia="Arial"/>
                <w:lang w:val="he-IL" w:bidi="he-IL"/>
                <w:sz w:val="24"/>
                <w:rtl/>
                <w:szCs w:val="24"/>
              </w:rPr>
              <w:t>5. Ctrl+R</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קו תחתון</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חלונות ודפדפן – התאמת קיצורים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Alt + Tab</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חיפוש מילה בדף</w:t>
            </w:r>
          </w:p>
        </w:tc>
      </w:tr>
      <w:tr>
        <w:tc>
          <w:tcPr>
            <w:tcW w:type="dxa" w:w="3969"/>
          </w:tcPr>
          <w:p>
            <w:pPr>
              <w:bidi/>
              <w:jc w:val="right"/>
            </w:pPr>
            <w:r>
              <w:rPr>
                <w:rFonts w:ascii="Arial" w:hAnsi="Arial" w:cs="Arial" w:eastAsia="Arial"/>
                <w:lang w:val="he-IL" w:bidi="he-IL"/>
                <w:sz w:val="24"/>
                <w:rtl/>
                <w:szCs w:val="24"/>
              </w:rPr>
              <w:t>2. Alt + F4</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רענון הדף</w:t>
            </w:r>
          </w:p>
        </w:tc>
      </w:tr>
      <w:tr>
        <w:tc>
          <w:tcPr>
            <w:tcW w:type="dxa" w:w="3969"/>
          </w:tcPr>
          <w:p>
            <w:pPr>
              <w:bidi/>
              <w:jc w:val="right"/>
            </w:pPr>
            <w:r>
              <w:rPr>
                <w:rFonts w:ascii="Arial" w:hAnsi="Arial" w:cs="Arial" w:eastAsia="Arial"/>
                <w:lang w:val="he-IL" w:bidi="he-IL"/>
                <w:sz w:val="24"/>
                <w:rtl/>
                <w:szCs w:val="24"/>
              </w:rPr>
              <w:t>3. Ctrl + R (בדפדפן)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קפיצה לשורת הכתובת</w:t>
            </w:r>
          </w:p>
        </w:tc>
      </w:tr>
      <w:tr>
        <w:tc>
          <w:tcPr>
            <w:tcW w:type="dxa" w:w="3969"/>
          </w:tcPr>
          <w:p>
            <w:pPr>
              <w:bidi/>
              <w:jc w:val="right"/>
            </w:pPr>
            <w:r>
              <w:rPr>
                <w:rFonts w:ascii="Arial" w:hAnsi="Arial" w:cs="Arial" w:eastAsia="Arial"/>
                <w:lang w:val="he-IL" w:bidi="he-IL"/>
                <w:sz w:val="24"/>
                <w:rtl/>
                <w:szCs w:val="24"/>
              </w:rPr>
              <w:t>4. Ctrl + L (בדפדפן)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מעבר בין חלונות פתוחים</w:t>
            </w:r>
          </w:p>
        </w:tc>
      </w:tr>
      <w:tr>
        <w:tc>
          <w:tcPr>
            <w:tcW w:type="dxa" w:w="3969"/>
          </w:tcPr>
          <w:p>
            <w:pPr>
              <w:bidi/>
              <w:jc w:val="right"/>
            </w:pPr>
            <w:r>
              <w:rPr>
                <w:rFonts w:ascii="Arial" w:hAnsi="Arial" w:cs="Arial" w:eastAsia="Arial"/>
                <w:lang w:val="he-IL" w:bidi="he-IL"/>
                <w:sz w:val="24"/>
                <w:rtl/>
                <w:szCs w:val="24"/>
              </w:rPr>
              <w:t>5. Ctrl + F</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סגירת חלון או תוכנה</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חלונות ודפדפן – הבנה ויישום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איזה צירוף עוזר לעבור בין חלונות שפתוחים במחשב?</w:t>
      </w:r>
    </w:p>
    <w:p>
      <w:pPr>
        <w:bidi/>
        <w:spacing w:after="20"/>
        <w:jc w:val="right"/>
      </w:pPr>
      <w:r>
        <w:rPr>
          <w:rFonts w:ascii="Arial" w:hAnsi="Arial" w:cs="Arial" w:eastAsia="Arial"/>
          <w:lang w:val="he-IL" w:bidi="he-IL"/>
          <w:sz w:val="24"/>
          <w:rtl/>
          <w:szCs w:val="24"/>
        </w:rPr>
        <w:t xml:space="preserve">      ☐ א. Ctrl+Z</w:t>
      </w:r>
    </w:p>
    <w:p>
      <w:pPr>
        <w:bidi/>
        <w:spacing w:after="20"/>
        <w:jc w:val="right"/>
      </w:pPr>
      <w:r>
        <w:rPr>
          <w:rFonts w:ascii="Arial" w:hAnsi="Arial" w:cs="Arial" w:eastAsia="Arial"/>
          <w:lang w:val="he-IL" w:bidi="he-IL"/>
          <w:sz w:val="24"/>
          <w:rtl/>
          <w:szCs w:val="24"/>
        </w:rPr>
        <w:t xml:space="preserve">      ☐ ב. Alt+Tab</w:t>
      </w:r>
    </w:p>
    <w:p>
      <w:pPr>
        <w:bidi/>
        <w:spacing w:after="20"/>
        <w:jc w:val="right"/>
      </w:pPr>
      <w:r>
        <w:rPr>
          <w:rFonts w:ascii="Arial" w:hAnsi="Arial" w:cs="Arial" w:eastAsia="Arial"/>
          <w:lang w:val="he-IL" w:bidi="he-IL"/>
          <w:sz w:val="24"/>
          <w:rtl/>
          <w:szCs w:val="24"/>
        </w:rPr>
        <w:t xml:space="preserve">      ☐ ג. Ctrl+S</w:t>
      </w:r>
    </w:p>
    <w:p>
      <w:pPr>
        <w:bidi/>
        <w:spacing w:after="20"/>
        <w:jc w:val="right"/>
      </w:pPr>
      <w:r>
        <w:rPr>
          <w:rFonts w:ascii="Arial" w:hAnsi="Arial" w:cs="Arial" w:eastAsia="Arial"/>
          <w:lang w:val="he-IL" w:bidi="he-IL"/>
          <w:sz w:val="24"/>
          <w:rtl/>
          <w:szCs w:val="24"/>
        </w:rPr>
        <w:t xml:space="preserve">      ☐ ד. Ctrl+P</w:t>
      </w:r>
    </w:p>
    <w:p>
      <w:pPr>
        <w:bidi/>
        <w:spacing w:after="20"/>
        <w:jc w:val="right"/>
      </w:pPr>
      <w:r>
        <w:rPr>
          <w:rFonts w:ascii="Arial" w:hAnsi="Arial" w:cs="Arial" w:eastAsia="Arial"/>
          <w:lang w:val="he-IL" w:bidi="he-IL"/>
          <w:b/>
          <w:sz w:val="24"/>
          <w:rtl/>
          <w:szCs w:val="24"/>
          <w:bCs/>
        </w:rPr>
        <w:t>2. איזה צירוף סוגר חלון או תוכנה שפתוחה?</w:t>
      </w:r>
    </w:p>
    <w:p>
      <w:pPr>
        <w:bidi/>
        <w:spacing w:after="20"/>
        <w:jc w:val="right"/>
      </w:pPr>
      <w:r>
        <w:rPr>
          <w:rFonts w:ascii="Arial" w:hAnsi="Arial" w:cs="Arial" w:eastAsia="Arial"/>
          <w:lang w:val="he-IL" w:bidi="he-IL"/>
          <w:sz w:val="24"/>
          <w:rtl/>
          <w:szCs w:val="24"/>
        </w:rPr>
        <w:t xml:space="preserve">      ☐ א. Alt+Tab</w:t>
      </w:r>
    </w:p>
    <w:p>
      <w:pPr>
        <w:bidi/>
        <w:spacing w:after="20"/>
        <w:jc w:val="right"/>
      </w:pPr>
      <w:r>
        <w:rPr>
          <w:rFonts w:ascii="Arial" w:hAnsi="Arial" w:cs="Arial" w:eastAsia="Arial"/>
          <w:lang w:val="he-IL" w:bidi="he-IL"/>
          <w:sz w:val="24"/>
          <w:rtl/>
          <w:szCs w:val="24"/>
        </w:rPr>
        <w:t xml:space="preserve">      ☐ ב. Ctrl+N</w:t>
      </w:r>
    </w:p>
    <w:p>
      <w:pPr>
        <w:bidi/>
        <w:spacing w:after="20"/>
        <w:jc w:val="right"/>
      </w:pPr>
      <w:r>
        <w:rPr>
          <w:rFonts w:ascii="Arial" w:hAnsi="Arial" w:cs="Arial" w:eastAsia="Arial"/>
          <w:lang w:val="he-IL" w:bidi="he-IL"/>
          <w:sz w:val="24"/>
          <w:rtl/>
          <w:szCs w:val="24"/>
        </w:rPr>
        <w:t xml:space="preserve">      ☐ ג. Alt+F4</w:t>
      </w:r>
    </w:p>
    <w:p>
      <w:pPr>
        <w:bidi/>
        <w:spacing w:after="20"/>
        <w:jc w:val="right"/>
      </w:pPr>
      <w:r>
        <w:rPr>
          <w:rFonts w:ascii="Arial" w:hAnsi="Arial" w:cs="Arial" w:eastAsia="Arial"/>
          <w:lang w:val="he-IL" w:bidi="he-IL"/>
          <w:sz w:val="24"/>
          <w:rtl/>
          <w:szCs w:val="24"/>
        </w:rPr>
        <w:t xml:space="preserve">      ☐ ד. Ctrl+A</w:t>
      </w:r>
    </w:p>
    <w:p>
      <w:pPr>
        <w:bidi/>
        <w:spacing w:after="20"/>
        <w:jc w:val="right"/>
      </w:pPr>
      <w:r>
        <w:rPr>
          <w:rFonts w:ascii="Arial" w:hAnsi="Arial" w:cs="Arial" w:eastAsia="Arial"/>
          <w:lang w:val="he-IL" w:bidi="he-IL"/>
          <w:b/>
          <w:sz w:val="24"/>
          <w:rtl/>
          <w:szCs w:val="24"/>
          <w:bCs/>
        </w:rPr>
        <w:t>3. בדפדפן, מה עושה הצירוף Ctrl+R?</w:t>
      </w:r>
    </w:p>
    <w:p>
      <w:pPr>
        <w:bidi/>
        <w:spacing w:after="20"/>
        <w:jc w:val="right"/>
      </w:pPr>
      <w:r>
        <w:rPr>
          <w:rFonts w:ascii="Arial" w:hAnsi="Arial" w:cs="Arial" w:eastAsia="Arial"/>
          <w:lang w:val="he-IL" w:bidi="he-IL"/>
          <w:sz w:val="24"/>
          <w:rtl/>
          <w:szCs w:val="24"/>
        </w:rPr>
        <w:t xml:space="preserve">      ☐ א. פותח קובץ חדש</w:t>
      </w:r>
    </w:p>
    <w:p>
      <w:pPr>
        <w:bidi/>
        <w:spacing w:after="20"/>
        <w:jc w:val="right"/>
      </w:pPr>
      <w:r>
        <w:rPr>
          <w:rFonts w:ascii="Arial" w:hAnsi="Arial" w:cs="Arial" w:eastAsia="Arial"/>
          <w:lang w:val="he-IL" w:bidi="he-IL"/>
          <w:sz w:val="24"/>
          <w:rtl/>
          <w:szCs w:val="24"/>
        </w:rPr>
        <w:t xml:space="preserve">      ☐ ב. מרענן את הדף</w:t>
      </w:r>
    </w:p>
    <w:p>
      <w:pPr>
        <w:bidi/>
        <w:spacing w:after="20"/>
        <w:jc w:val="right"/>
      </w:pPr>
      <w:r>
        <w:rPr>
          <w:rFonts w:ascii="Arial" w:hAnsi="Arial" w:cs="Arial" w:eastAsia="Arial"/>
          <w:lang w:val="he-IL" w:bidi="he-IL"/>
          <w:sz w:val="24"/>
          <w:rtl/>
          <w:szCs w:val="24"/>
        </w:rPr>
        <w:t xml:space="preserve">      ☐ ג. סוגר את החלון</w:t>
      </w:r>
    </w:p>
    <w:p>
      <w:pPr>
        <w:bidi/>
        <w:spacing w:after="20"/>
        <w:jc w:val="right"/>
      </w:pPr>
      <w:r>
        <w:rPr>
          <w:rFonts w:ascii="Arial" w:hAnsi="Arial" w:cs="Arial" w:eastAsia="Arial"/>
          <w:lang w:val="he-IL" w:bidi="he-IL"/>
          <w:sz w:val="24"/>
          <w:rtl/>
          <w:szCs w:val="24"/>
        </w:rPr>
        <w:t xml:space="preserve">      ☐ ד. מעתיק טקסט</w:t>
      </w:r>
    </w:p>
    <w:p>
      <w:pPr>
        <w:bidi/>
        <w:spacing w:after="20"/>
        <w:jc w:val="right"/>
      </w:pPr>
      <w:r>
        <w:rPr>
          <w:rFonts w:ascii="Arial" w:hAnsi="Arial" w:cs="Arial" w:eastAsia="Arial"/>
          <w:lang w:val="he-IL" w:bidi="he-IL"/>
          <w:b/>
          <w:sz w:val="24"/>
          <w:rtl/>
          <w:szCs w:val="24"/>
          <w:bCs/>
        </w:rPr>
        <w:t>4. בדפדפן, מה עושה הצירוף Ctrl+L?</w:t>
      </w:r>
    </w:p>
    <w:p>
      <w:pPr>
        <w:bidi/>
        <w:spacing w:after="20"/>
        <w:jc w:val="right"/>
      </w:pPr>
      <w:r>
        <w:rPr>
          <w:rFonts w:ascii="Arial" w:hAnsi="Arial" w:cs="Arial" w:eastAsia="Arial"/>
          <w:lang w:val="he-IL" w:bidi="he-IL"/>
          <w:sz w:val="24"/>
          <w:rtl/>
          <w:szCs w:val="24"/>
        </w:rPr>
        <w:t xml:space="preserve">      ☐ א. מיישר טקסט לשמאל</w:t>
      </w:r>
    </w:p>
    <w:p>
      <w:pPr>
        <w:bidi/>
        <w:spacing w:after="20"/>
        <w:jc w:val="right"/>
      </w:pPr>
      <w:r>
        <w:rPr>
          <w:rFonts w:ascii="Arial" w:hAnsi="Arial" w:cs="Arial" w:eastAsia="Arial"/>
          <w:lang w:val="he-IL" w:bidi="he-IL"/>
          <w:sz w:val="24"/>
          <w:rtl/>
          <w:szCs w:val="24"/>
        </w:rPr>
        <w:t xml:space="preserve">      ☐ ב. קופץ לשורת הכתובת</w:t>
      </w:r>
    </w:p>
    <w:p>
      <w:pPr>
        <w:bidi/>
        <w:spacing w:after="20"/>
        <w:jc w:val="right"/>
      </w:pPr>
      <w:r>
        <w:rPr>
          <w:rFonts w:ascii="Arial" w:hAnsi="Arial" w:cs="Arial" w:eastAsia="Arial"/>
          <w:lang w:val="he-IL" w:bidi="he-IL"/>
          <w:sz w:val="24"/>
          <w:rtl/>
          <w:szCs w:val="24"/>
        </w:rPr>
        <w:t xml:space="preserve">      ☐ ג. סוגר חלון</w:t>
      </w:r>
    </w:p>
    <w:p>
      <w:pPr>
        <w:bidi/>
        <w:spacing w:after="20"/>
        <w:jc w:val="right"/>
      </w:pPr>
      <w:r>
        <w:rPr>
          <w:rFonts w:ascii="Arial" w:hAnsi="Arial" w:cs="Arial" w:eastAsia="Arial"/>
          <w:lang w:val="he-IL" w:bidi="he-IL"/>
          <w:sz w:val="24"/>
          <w:rtl/>
          <w:szCs w:val="24"/>
        </w:rPr>
        <w:t xml:space="preserve">      ☐ ד. פותח לוח אימוג׳ים</w:t>
      </w:r>
    </w:p>
    <w:p>
      <w:pPr>
        <w:bidi/>
        <w:spacing w:after="20"/>
        <w:jc w:val="right"/>
      </w:pPr>
      <w:r>
        <w:rPr>
          <w:rFonts w:ascii="Arial" w:hAnsi="Arial" w:cs="Arial" w:eastAsia="Arial"/>
          <w:lang w:val="he-IL" w:bidi="he-IL"/>
          <w:b/>
          <w:sz w:val="24"/>
          <w:rtl/>
          <w:szCs w:val="24"/>
          <w:bCs/>
        </w:rPr>
        <w:t>5. מה ההבדל בין Ctrl+R במעבד תמלילים לבין Ctrl+R בדפדפן?</w:t>
      </w:r>
    </w:p>
    <w:p>
      <w:pPr>
        <w:bidi/>
        <w:spacing w:after="20"/>
        <w:jc w:val="right"/>
      </w:pPr>
      <w:r>
        <w:rPr>
          <w:rFonts w:ascii="Arial" w:hAnsi="Arial" w:cs="Arial" w:eastAsia="Arial"/>
          <w:lang w:val="he-IL" w:bidi="he-IL"/>
          <w:sz w:val="24"/>
          <w:rtl/>
          <w:szCs w:val="24"/>
        </w:rPr>
        <w:t xml:space="preserve">      ☐ א. אין הבדל</w:t>
      </w:r>
    </w:p>
    <w:p>
      <w:pPr>
        <w:bidi/>
        <w:spacing w:after="20"/>
        <w:jc w:val="right"/>
      </w:pPr>
      <w:r>
        <w:rPr>
          <w:rFonts w:ascii="Arial" w:hAnsi="Arial" w:cs="Arial" w:eastAsia="Arial"/>
          <w:lang w:val="he-IL" w:bidi="he-IL"/>
          <w:sz w:val="24"/>
          <w:rtl/>
          <w:szCs w:val="24"/>
        </w:rPr>
        <w:t xml:space="preserve">      ☐ ב. במעבד תמלילים זה מרכז פסקה ובדפדפן זה מרענן את הדף</w:t>
      </w:r>
    </w:p>
    <w:p>
      <w:pPr>
        <w:bidi/>
        <w:spacing w:after="20"/>
        <w:jc w:val="right"/>
      </w:pPr>
      <w:r>
        <w:rPr>
          <w:rFonts w:ascii="Arial" w:hAnsi="Arial" w:cs="Arial" w:eastAsia="Arial"/>
          <w:lang w:val="he-IL" w:bidi="he-IL"/>
          <w:sz w:val="24"/>
          <w:rtl/>
          <w:szCs w:val="24"/>
        </w:rPr>
        <w:t xml:space="preserve">      ☐ ג. במעבד תמלילים זה סוגר קובץ</w:t>
      </w:r>
    </w:p>
    <w:p>
      <w:pPr>
        <w:bidi/>
        <w:spacing w:after="20"/>
        <w:jc w:val="right"/>
      </w:pPr>
      <w:r>
        <w:rPr>
          <w:rFonts w:ascii="Arial" w:hAnsi="Arial" w:cs="Arial" w:eastAsia="Arial"/>
          <w:lang w:val="he-IL" w:bidi="he-IL"/>
          <w:sz w:val="24"/>
          <w:rtl/>
          <w:szCs w:val="24"/>
        </w:rPr>
        <w:t xml:space="preserve">      ☐ ד. בדפדפן זה פותח קובץ חדש</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חלונות ודפדפן – חשיבה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Alt+Tab עוזר לעבור בין קבצים שונים בתוך אותה תוכנה פתוחה.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אותו קיצור מקלדת יכול להפעיל פעולה שונה בתוכנה לעומת דפדפן, כמו Ctrl+R שבמעבד תמלילים מיישר לימין ובדפדפן מרענן דף.</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Alt+F4 הוא קיצור שעובד רק בדפדפן ולא בתוכנות אחרות.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כשלוחצים Ctrl+L בדפדפן, המקלדת מוחקת את כל הטקסט בדף.</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ניקוד במקלדת – הכרת הכללים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כדי לנקד במקלדת לוחצים על...</w:t>
      </w:r>
    </w:p>
    <w:p>
      <w:pPr>
        <w:bidi/>
        <w:spacing w:after="20"/>
        <w:jc w:val="right"/>
      </w:pPr>
      <w:r>
        <w:rPr>
          <w:rFonts w:ascii="Arial" w:hAnsi="Arial" w:cs="Arial" w:eastAsia="Arial"/>
          <w:lang w:val="he-IL" w:bidi="he-IL"/>
          <w:sz w:val="24"/>
          <w:rtl/>
          <w:szCs w:val="24"/>
        </w:rPr>
        <w:t xml:space="preserve">      ☐ א. Alt השמאלי לבד</w:t>
      </w:r>
    </w:p>
    <w:p>
      <w:pPr>
        <w:bidi/>
        <w:spacing w:after="20"/>
        <w:jc w:val="right"/>
      </w:pPr>
      <w:r>
        <w:rPr>
          <w:rFonts w:ascii="Arial" w:hAnsi="Arial" w:cs="Arial" w:eastAsia="Arial"/>
          <w:lang w:val="he-IL" w:bidi="he-IL"/>
          <w:sz w:val="24"/>
          <w:rtl/>
          <w:szCs w:val="24"/>
        </w:rPr>
        <w:t xml:space="preserve">      ☐ ב. Alt הימני (או Ctrl+Alt יחד)</w:t>
      </w:r>
    </w:p>
    <w:p>
      <w:pPr>
        <w:bidi/>
        <w:spacing w:after="20"/>
        <w:jc w:val="right"/>
      </w:pPr>
      <w:r>
        <w:rPr>
          <w:rFonts w:ascii="Arial" w:hAnsi="Arial" w:cs="Arial" w:eastAsia="Arial"/>
          <w:lang w:val="he-IL" w:bidi="he-IL"/>
          <w:sz w:val="24"/>
          <w:rtl/>
          <w:szCs w:val="24"/>
        </w:rPr>
        <w:t xml:space="preserve">      ☐ ג. Shift לבד</w:t>
      </w:r>
    </w:p>
    <w:p>
      <w:pPr>
        <w:bidi/>
        <w:spacing w:after="20"/>
        <w:jc w:val="right"/>
      </w:pPr>
      <w:r>
        <w:rPr>
          <w:rFonts w:ascii="Arial" w:hAnsi="Arial" w:cs="Arial" w:eastAsia="Arial"/>
          <w:lang w:val="he-IL" w:bidi="he-IL"/>
          <w:sz w:val="24"/>
          <w:rtl/>
          <w:szCs w:val="24"/>
        </w:rPr>
        <w:t xml:space="preserve">      ☐ ד. Tab לבד</w:t>
      </w:r>
    </w:p>
    <w:p>
      <w:pPr>
        <w:bidi/>
        <w:spacing w:after="20"/>
        <w:jc w:val="right"/>
      </w:pPr>
      <w:r>
        <w:rPr>
          <w:rFonts w:ascii="Arial" w:hAnsi="Arial" w:cs="Arial" w:eastAsia="Arial"/>
          <w:lang w:val="he-IL" w:bidi="he-IL"/>
          <w:b/>
          <w:sz w:val="24"/>
          <w:rtl/>
          <w:szCs w:val="24"/>
          <w:bCs/>
        </w:rPr>
        <w:t>2. איזה צירוף מקליד קָמָץ?</w:t>
      </w:r>
    </w:p>
    <w:p>
      <w:pPr>
        <w:bidi/>
        <w:spacing w:after="20"/>
        <w:jc w:val="right"/>
      </w:pPr>
      <w:r>
        <w:rPr>
          <w:rFonts w:ascii="Arial" w:hAnsi="Arial" w:cs="Arial" w:eastAsia="Arial"/>
          <w:lang w:val="he-IL" w:bidi="he-IL"/>
          <w:sz w:val="24"/>
          <w:rtl/>
          <w:szCs w:val="24"/>
        </w:rPr>
        <w:t xml:space="preserve">      ☐ א. Alt ימני + ק</w:t>
      </w:r>
    </w:p>
    <w:p>
      <w:pPr>
        <w:bidi/>
        <w:spacing w:after="20"/>
        <w:jc w:val="right"/>
      </w:pPr>
      <w:r>
        <w:rPr>
          <w:rFonts w:ascii="Arial" w:hAnsi="Arial" w:cs="Arial" w:eastAsia="Arial"/>
          <w:lang w:val="he-IL" w:bidi="he-IL"/>
          <w:sz w:val="24"/>
          <w:rtl/>
          <w:szCs w:val="24"/>
        </w:rPr>
        <w:t xml:space="preserve">      ☐ ב. Alt ימני + פ</w:t>
      </w:r>
    </w:p>
    <w:p>
      <w:pPr>
        <w:bidi/>
        <w:spacing w:after="20"/>
        <w:jc w:val="right"/>
      </w:pPr>
      <w:r>
        <w:rPr>
          <w:rFonts w:ascii="Arial" w:hAnsi="Arial" w:cs="Arial" w:eastAsia="Arial"/>
          <w:lang w:val="he-IL" w:bidi="he-IL"/>
          <w:sz w:val="24"/>
          <w:rtl/>
          <w:szCs w:val="24"/>
        </w:rPr>
        <w:t xml:space="preserve">      ☐ ג. Alt ימני + צ</w:t>
      </w:r>
    </w:p>
    <w:p>
      <w:pPr>
        <w:bidi/>
        <w:spacing w:after="20"/>
        <w:jc w:val="right"/>
      </w:pPr>
      <w:r>
        <w:rPr>
          <w:rFonts w:ascii="Arial" w:hAnsi="Arial" w:cs="Arial" w:eastAsia="Arial"/>
          <w:lang w:val="he-IL" w:bidi="he-IL"/>
          <w:sz w:val="24"/>
          <w:rtl/>
          <w:szCs w:val="24"/>
        </w:rPr>
        <w:t xml:space="preserve">      ☐ ד. Alt ימני + ח</w:t>
      </w:r>
    </w:p>
    <w:p>
      <w:pPr>
        <w:bidi/>
        <w:spacing w:after="20"/>
        <w:jc w:val="right"/>
      </w:pPr>
      <w:r>
        <w:rPr>
          <w:rFonts w:ascii="Arial" w:hAnsi="Arial" w:cs="Arial" w:eastAsia="Arial"/>
          <w:lang w:val="he-IL" w:bidi="he-IL"/>
          <w:b/>
          <w:sz w:val="24"/>
          <w:rtl/>
          <w:szCs w:val="24"/>
          <w:bCs/>
        </w:rPr>
        <w:t>3. איזו פריסת מקלדת צריך כדי שהניקוד יעבוד?</w:t>
      </w:r>
    </w:p>
    <w:p>
      <w:pPr>
        <w:bidi/>
        <w:spacing w:after="20"/>
        <w:jc w:val="right"/>
      </w:pPr>
      <w:r>
        <w:rPr>
          <w:rFonts w:ascii="Arial" w:hAnsi="Arial" w:cs="Arial" w:eastAsia="Arial"/>
          <w:lang w:val="he-IL" w:bidi="he-IL"/>
          <w:sz w:val="24"/>
          <w:rtl/>
          <w:szCs w:val="24"/>
        </w:rPr>
        <w:t xml:space="preserve">      ☐ א. אנגלית (ארה״ב)</w:t>
      </w:r>
    </w:p>
    <w:p>
      <w:pPr>
        <w:bidi/>
        <w:spacing w:after="20"/>
        <w:jc w:val="right"/>
      </w:pPr>
      <w:r>
        <w:rPr>
          <w:rFonts w:ascii="Arial" w:hAnsi="Arial" w:cs="Arial" w:eastAsia="Arial"/>
          <w:lang w:val="he-IL" w:bidi="he-IL"/>
          <w:sz w:val="24"/>
          <w:rtl/>
          <w:szCs w:val="24"/>
        </w:rPr>
        <w:t xml:space="preserve">      ☐ ב. עברית (תקנית)</w:t>
      </w:r>
    </w:p>
    <w:p>
      <w:pPr>
        <w:bidi/>
        <w:spacing w:after="20"/>
        <w:jc w:val="right"/>
      </w:pPr>
      <w:r>
        <w:rPr>
          <w:rFonts w:ascii="Arial" w:hAnsi="Arial" w:cs="Arial" w:eastAsia="Arial"/>
          <w:lang w:val="he-IL" w:bidi="he-IL"/>
          <w:sz w:val="24"/>
          <w:rtl/>
          <w:szCs w:val="24"/>
        </w:rPr>
        <w:t xml:space="preserve">      ☐ ג. עברית (פונטית)</w:t>
      </w:r>
    </w:p>
    <w:p>
      <w:pPr>
        <w:bidi/>
        <w:spacing w:after="20"/>
        <w:jc w:val="right"/>
      </w:pPr>
      <w:r>
        <w:rPr>
          <w:rFonts w:ascii="Arial" w:hAnsi="Arial" w:cs="Arial" w:eastAsia="Arial"/>
          <w:lang w:val="he-IL" w:bidi="he-IL"/>
          <w:sz w:val="24"/>
          <w:rtl/>
          <w:szCs w:val="24"/>
        </w:rPr>
        <w:t xml:space="preserve">      ☐ ד. ערבית</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ניקוד במקלדת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Alt השמאלי לבד מנקד בדיוק כמו Alt הימני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כדי לנקד, מקלידים קודם את האות ורק אחר כך את סימן הניקוד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נְקֻדַּת שִׁי״ן ונְקֻדַּת שִׂי״ן מוקלדות באותו מקש בדיוק</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ניקוד במקלדת – השלמה והתאמה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כדי להקליד פַּתָּח לוחצים על Alt ימני ועל האות __________</w:t>
      </w:r>
    </w:p>
    <w:p>
      <w:pPr>
        <w:bidi/>
        <w:spacing w:after="80"/>
        <w:jc w:val="right"/>
      </w:pPr>
      <w:r>
        <w:rPr>
          <w:rFonts w:ascii="Arial" w:hAnsi="Arial" w:cs="Arial" w:eastAsia="Arial"/>
          <w:lang w:val="he-IL" w:bidi="he-IL"/>
          <w:sz w:val="24"/>
          <w:rtl/>
          <w:szCs w:val="24"/>
        </w:rPr>
        <w:t>2. כדי להקליד חוֹלָם לוחצים על Alt ימני ועל האות __________</w:t>
      </w:r>
    </w:p>
    <w:p>
      <w:pPr>
        <w:bidi/>
        <w:spacing w:after="80"/>
        <w:jc w:val="right"/>
      </w:pPr>
      <w:r>
        <w:rPr>
          <w:rFonts w:ascii="Arial" w:hAnsi="Arial" w:cs="Arial" w:eastAsia="Arial"/>
          <w:lang w:val="he-IL" w:bidi="he-IL"/>
          <w:sz w:val="24"/>
          <w:rtl/>
          <w:szCs w:val="24"/>
        </w:rPr>
        <w:t>3. כדי להקליד סֶגּוֹל לוחצים על Alt ימני ועל האות __________</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4 · ניקוד במקלדת – התאמת ניקוד לאות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קָמָץ</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ש</w:t>
            </w:r>
          </w:p>
        </w:tc>
      </w:tr>
      <w:tr>
        <w:tc>
          <w:tcPr>
            <w:tcW w:type="dxa" w:w="3969"/>
          </w:tcPr>
          <w:p>
            <w:pPr>
              <w:bidi/>
              <w:jc w:val="right"/>
            </w:pPr>
            <w:r>
              <w:rPr>
                <w:rFonts w:ascii="Arial" w:hAnsi="Arial" w:cs="Arial" w:eastAsia="Arial"/>
                <w:lang w:val="he-IL" w:bidi="he-IL"/>
                <w:sz w:val="24"/>
                <w:rtl/>
                <w:szCs w:val="24"/>
              </w:rPr>
              <w:t>2. צֵירֵי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ד</w:t>
            </w:r>
          </w:p>
        </w:tc>
      </w:tr>
      <w:tr>
        <w:tc>
          <w:tcPr>
            <w:tcW w:type="dxa" w:w="3969"/>
          </w:tcPr>
          <w:p>
            <w:pPr>
              <w:bidi/>
              <w:jc w:val="right"/>
            </w:pPr>
            <w:r>
              <w:rPr>
                <w:rFonts w:ascii="Arial" w:hAnsi="Arial" w:cs="Arial" w:eastAsia="Arial"/>
                <w:lang w:val="he-IL" w:bidi="he-IL"/>
                <w:sz w:val="24"/>
                <w:rtl/>
                <w:szCs w:val="24"/>
              </w:rPr>
              <w:t>3. חִירִיק</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צ</w:t>
            </w:r>
          </w:p>
        </w:tc>
      </w:tr>
      <w:tr>
        <w:tc>
          <w:tcPr>
            <w:tcW w:type="dxa" w:w="3969"/>
          </w:tcPr>
          <w:p>
            <w:pPr>
              <w:bidi/>
              <w:jc w:val="right"/>
            </w:pPr>
            <w:r>
              <w:rPr>
                <w:rFonts w:ascii="Arial" w:hAnsi="Arial" w:cs="Arial" w:eastAsia="Arial"/>
                <w:lang w:val="he-IL" w:bidi="he-IL"/>
                <w:sz w:val="24"/>
                <w:rtl/>
                <w:szCs w:val="24"/>
              </w:rPr>
              <w:t>4. שְׁוָא</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ח</w:t>
            </w:r>
          </w:p>
        </w:tc>
      </w:tr>
      <w:tr>
        <w:tc>
          <w:tcPr>
            <w:tcW w:type="dxa" w:w="3969"/>
          </w:tcPr>
          <w:p>
            <w:pPr>
              <w:bidi/>
              <w:jc w:val="right"/>
            </w:pPr>
            <w:r>
              <w:rPr>
                <w:rFonts w:ascii="Arial" w:hAnsi="Arial" w:cs="Arial" w:eastAsia="Arial"/>
                <w:lang w:val="he-IL" w:bidi="he-IL"/>
                <w:sz w:val="24"/>
                <w:rtl/>
                <w:szCs w:val="24"/>
              </w:rPr>
              <w:t>5. דָּגֵשׁ</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ק</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תרגול מסכם וחידון – זיהוי קיצורים בסיסיים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עושה הקיצור Ctrl+C?</w:t>
      </w:r>
    </w:p>
    <w:p>
      <w:pPr>
        <w:bidi/>
        <w:spacing w:after="20"/>
        <w:jc w:val="right"/>
      </w:pPr>
      <w:r>
        <w:rPr>
          <w:rFonts w:ascii="Arial" w:hAnsi="Arial" w:cs="Arial" w:eastAsia="Arial"/>
          <w:lang w:val="he-IL" w:bidi="he-IL"/>
          <w:sz w:val="24"/>
          <w:rtl/>
          <w:szCs w:val="24"/>
        </w:rPr>
        <w:t xml:space="preserve">      ☐ א. מדביק טקסט</w:t>
      </w:r>
    </w:p>
    <w:p>
      <w:pPr>
        <w:bidi/>
        <w:spacing w:after="20"/>
        <w:jc w:val="right"/>
      </w:pPr>
      <w:r>
        <w:rPr>
          <w:rFonts w:ascii="Arial" w:hAnsi="Arial" w:cs="Arial" w:eastAsia="Arial"/>
          <w:lang w:val="he-IL" w:bidi="he-IL"/>
          <w:sz w:val="24"/>
          <w:rtl/>
          <w:szCs w:val="24"/>
        </w:rPr>
        <w:t xml:space="preserve">      ☐ ב. מעתיק טקסט</w:t>
      </w:r>
    </w:p>
    <w:p>
      <w:pPr>
        <w:bidi/>
        <w:spacing w:after="20"/>
        <w:jc w:val="right"/>
      </w:pPr>
      <w:r>
        <w:rPr>
          <w:rFonts w:ascii="Arial" w:hAnsi="Arial" w:cs="Arial" w:eastAsia="Arial"/>
          <w:lang w:val="he-IL" w:bidi="he-IL"/>
          <w:sz w:val="24"/>
          <w:rtl/>
          <w:szCs w:val="24"/>
        </w:rPr>
        <w:t xml:space="preserve">      ☐ ג. מוחק טקסט</w:t>
      </w:r>
    </w:p>
    <w:p>
      <w:pPr>
        <w:bidi/>
        <w:spacing w:after="20"/>
        <w:jc w:val="right"/>
      </w:pPr>
      <w:r>
        <w:rPr>
          <w:rFonts w:ascii="Arial" w:hAnsi="Arial" w:cs="Arial" w:eastAsia="Arial"/>
          <w:lang w:val="he-IL" w:bidi="he-IL"/>
          <w:sz w:val="24"/>
          <w:rtl/>
          <w:szCs w:val="24"/>
        </w:rPr>
        <w:t xml:space="preserve">      ☐ ד. שומר קובץ</w:t>
      </w:r>
    </w:p>
    <w:p>
      <w:pPr>
        <w:bidi/>
        <w:spacing w:after="20"/>
        <w:jc w:val="right"/>
      </w:pPr>
      <w:r>
        <w:rPr>
          <w:rFonts w:ascii="Arial" w:hAnsi="Arial" w:cs="Arial" w:eastAsia="Arial"/>
          <w:lang w:val="he-IL" w:bidi="he-IL"/>
          <w:b/>
          <w:sz w:val="24"/>
          <w:rtl/>
          <w:szCs w:val="24"/>
          <w:bCs/>
        </w:rPr>
        <w:t>2. מה עושה הקיצור Ctrl+V?</w:t>
      </w:r>
    </w:p>
    <w:p>
      <w:pPr>
        <w:bidi/>
        <w:spacing w:after="20"/>
        <w:jc w:val="right"/>
      </w:pPr>
      <w:r>
        <w:rPr>
          <w:rFonts w:ascii="Arial" w:hAnsi="Arial" w:cs="Arial" w:eastAsia="Arial"/>
          <w:lang w:val="he-IL" w:bidi="he-IL"/>
          <w:sz w:val="24"/>
          <w:rtl/>
          <w:szCs w:val="24"/>
        </w:rPr>
        <w:t xml:space="preserve">      ☐ א. גזירה</w:t>
      </w:r>
    </w:p>
    <w:p>
      <w:pPr>
        <w:bidi/>
        <w:spacing w:after="20"/>
        <w:jc w:val="right"/>
      </w:pPr>
      <w:r>
        <w:rPr>
          <w:rFonts w:ascii="Arial" w:hAnsi="Arial" w:cs="Arial" w:eastAsia="Arial"/>
          <w:lang w:val="he-IL" w:bidi="he-IL"/>
          <w:sz w:val="24"/>
          <w:rtl/>
          <w:szCs w:val="24"/>
        </w:rPr>
        <w:t xml:space="preserve">      ☐ ב. העתקה</w:t>
      </w:r>
    </w:p>
    <w:p>
      <w:pPr>
        <w:bidi/>
        <w:spacing w:after="20"/>
        <w:jc w:val="right"/>
      </w:pPr>
      <w:r>
        <w:rPr>
          <w:rFonts w:ascii="Arial" w:hAnsi="Arial" w:cs="Arial" w:eastAsia="Arial"/>
          <w:lang w:val="he-IL" w:bidi="he-IL"/>
          <w:sz w:val="24"/>
          <w:rtl/>
          <w:szCs w:val="24"/>
        </w:rPr>
        <w:t xml:space="preserve">      ☐ ג. הדבקה</w:t>
      </w:r>
    </w:p>
    <w:p>
      <w:pPr>
        <w:bidi/>
        <w:spacing w:after="20"/>
        <w:jc w:val="right"/>
      </w:pPr>
      <w:r>
        <w:rPr>
          <w:rFonts w:ascii="Arial" w:hAnsi="Arial" w:cs="Arial" w:eastAsia="Arial"/>
          <w:lang w:val="he-IL" w:bidi="he-IL"/>
          <w:sz w:val="24"/>
          <w:rtl/>
          <w:szCs w:val="24"/>
        </w:rPr>
        <w:t xml:space="preserve">      ☐ ד. ביטול פעולה</w:t>
      </w:r>
    </w:p>
    <w:p>
      <w:pPr>
        <w:bidi/>
        <w:spacing w:after="20"/>
        <w:jc w:val="right"/>
      </w:pPr>
      <w:r>
        <w:rPr>
          <w:rFonts w:ascii="Arial" w:hAnsi="Arial" w:cs="Arial" w:eastAsia="Arial"/>
          <w:lang w:val="he-IL" w:bidi="he-IL"/>
          <w:b/>
          <w:sz w:val="24"/>
          <w:rtl/>
          <w:szCs w:val="24"/>
          <w:bCs/>
        </w:rPr>
        <w:t>3. מה עושה הקיצור Ctrl+S?</w:t>
      </w:r>
    </w:p>
    <w:p>
      <w:pPr>
        <w:bidi/>
        <w:spacing w:after="20"/>
        <w:jc w:val="right"/>
      </w:pPr>
      <w:r>
        <w:rPr>
          <w:rFonts w:ascii="Arial" w:hAnsi="Arial" w:cs="Arial" w:eastAsia="Arial"/>
          <w:lang w:val="he-IL" w:bidi="he-IL"/>
          <w:sz w:val="24"/>
          <w:rtl/>
          <w:szCs w:val="24"/>
        </w:rPr>
        <w:t xml:space="preserve">      ☐ א. שמירה</w:t>
      </w:r>
    </w:p>
    <w:p>
      <w:pPr>
        <w:bidi/>
        <w:spacing w:after="20"/>
        <w:jc w:val="right"/>
      </w:pPr>
      <w:r>
        <w:rPr>
          <w:rFonts w:ascii="Arial" w:hAnsi="Arial" w:cs="Arial" w:eastAsia="Arial"/>
          <w:lang w:val="he-IL" w:bidi="he-IL"/>
          <w:sz w:val="24"/>
          <w:rtl/>
          <w:szCs w:val="24"/>
        </w:rPr>
        <w:t xml:space="preserve">      ☐ ב. הדפסה</w:t>
      </w:r>
    </w:p>
    <w:p>
      <w:pPr>
        <w:bidi/>
        <w:spacing w:after="20"/>
        <w:jc w:val="right"/>
      </w:pPr>
      <w:r>
        <w:rPr>
          <w:rFonts w:ascii="Arial" w:hAnsi="Arial" w:cs="Arial" w:eastAsia="Arial"/>
          <w:lang w:val="he-IL" w:bidi="he-IL"/>
          <w:sz w:val="24"/>
          <w:rtl/>
          <w:szCs w:val="24"/>
        </w:rPr>
        <w:t xml:space="preserve">      ☐ ג. חיפוש</w:t>
      </w:r>
    </w:p>
    <w:p>
      <w:pPr>
        <w:bidi/>
        <w:spacing w:after="20"/>
        <w:jc w:val="right"/>
      </w:pPr>
      <w:r>
        <w:rPr>
          <w:rFonts w:ascii="Arial" w:hAnsi="Arial" w:cs="Arial" w:eastAsia="Arial"/>
          <w:lang w:val="he-IL" w:bidi="he-IL"/>
          <w:sz w:val="24"/>
          <w:rtl/>
          <w:szCs w:val="24"/>
        </w:rPr>
        <w:t xml:space="preserve">      ☐ ד. פתיחת קובץ</w:t>
      </w:r>
    </w:p>
    <w:p>
      <w:pPr>
        <w:bidi/>
        <w:spacing w:after="20"/>
        <w:jc w:val="right"/>
      </w:pPr>
      <w:r>
        <w:rPr>
          <w:rFonts w:ascii="Arial" w:hAnsi="Arial" w:cs="Arial" w:eastAsia="Arial"/>
          <w:lang w:val="he-IL" w:bidi="he-IL"/>
          <w:b/>
          <w:sz w:val="24"/>
          <w:rtl/>
          <w:szCs w:val="24"/>
          <w:bCs/>
        </w:rPr>
        <w:t>4. מה עושה הקיצור Win + נקודה (.)?</w:t>
      </w:r>
    </w:p>
    <w:p>
      <w:pPr>
        <w:bidi/>
        <w:spacing w:after="20"/>
        <w:jc w:val="right"/>
      </w:pPr>
      <w:r>
        <w:rPr>
          <w:rFonts w:ascii="Arial" w:hAnsi="Arial" w:cs="Arial" w:eastAsia="Arial"/>
          <w:lang w:val="he-IL" w:bidi="he-IL"/>
          <w:sz w:val="24"/>
          <w:rtl/>
          <w:szCs w:val="24"/>
        </w:rPr>
        <w:t xml:space="preserve">      ☐ א. סוגר חלון</w:t>
      </w:r>
    </w:p>
    <w:p>
      <w:pPr>
        <w:bidi/>
        <w:spacing w:after="20"/>
        <w:jc w:val="right"/>
      </w:pPr>
      <w:r>
        <w:rPr>
          <w:rFonts w:ascii="Arial" w:hAnsi="Arial" w:cs="Arial" w:eastAsia="Arial"/>
          <w:lang w:val="he-IL" w:bidi="he-IL"/>
          <w:sz w:val="24"/>
          <w:rtl/>
          <w:szCs w:val="24"/>
        </w:rPr>
        <w:t xml:space="preserve">      ☐ ב. פותח לוח אימוג׳ים</w:t>
      </w:r>
    </w:p>
    <w:p>
      <w:pPr>
        <w:bidi/>
        <w:spacing w:after="20"/>
        <w:jc w:val="right"/>
      </w:pPr>
      <w:r>
        <w:rPr>
          <w:rFonts w:ascii="Arial" w:hAnsi="Arial" w:cs="Arial" w:eastAsia="Arial"/>
          <w:lang w:val="he-IL" w:bidi="he-IL"/>
          <w:sz w:val="24"/>
          <w:rtl/>
          <w:szCs w:val="24"/>
        </w:rPr>
        <w:t xml:space="preserve">      ☐ ג. מחפש מילה</w:t>
      </w:r>
    </w:p>
    <w:p>
      <w:pPr>
        <w:bidi/>
        <w:spacing w:after="20"/>
        <w:jc w:val="right"/>
      </w:pPr>
      <w:r>
        <w:rPr>
          <w:rFonts w:ascii="Arial" w:hAnsi="Arial" w:cs="Arial" w:eastAsia="Arial"/>
          <w:lang w:val="he-IL" w:bidi="he-IL"/>
          <w:sz w:val="24"/>
          <w:rtl/>
          <w:szCs w:val="24"/>
        </w:rPr>
        <w:t xml:space="preserve">      ☐ ד. פותח קובץ חדש</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תרגול מסכם וחידון – התאמת קיצור לפעולה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Ctrl + X</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ביטול פעולה</w:t>
            </w:r>
          </w:p>
        </w:tc>
      </w:tr>
      <w:tr>
        <w:tc>
          <w:tcPr>
            <w:tcW w:type="dxa" w:w="3969"/>
          </w:tcPr>
          <w:p>
            <w:pPr>
              <w:bidi/>
              <w:jc w:val="right"/>
            </w:pPr>
            <w:r>
              <w:rPr>
                <w:rFonts w:ascii="Arial" w:hAnsi="Arial" w:cs="Arial" w:eastAsia="Arial"/>
                <w:lang w:val="he-IL" w:bidi="he-IL"/>
                <w:sz w:val="24"/>
                <w:rtl/>
                <w:szCs w:val="24"/>
              </w:rPr>
              <w:t>2. Ctrl + Z</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מירכוז</w:t>
            </w:r>
          </w:p>
        </w:tc>
      </w:tr>
      <w:tr>
        <w:tc>
          <w:tcPr>
            <w:tcW w:type="dxa" w:w="3969"/>
          </w:tcPr>
          <w:p>
            <w:pPr>
              <w:bidi/>
              <w:jc w:val="right"/>
            </w:pPr>
            <w:r>
              <w:rPr>
                <w:rFonts w:ascii="Arial" w:hAnsi="Arial" w:cs="Arial" w:eastAsia="Arial"/>
                <w:lang w:val="he-IL" w:bidi="he-IL"/>
                <w:sz w:val="24"/>
                <w:rtl/>
                <w:szCs w:val="24"/>
              </w:rPr>
              <w:t>3. Ctrl + A</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גזירה</w:t>
            </w:r>
          </w:p>
        </w:tc>
      </w:tr>
      <w:tr>
        <w:tc>
          <w:tcPr>
            <w:tcW w:type="dxa" w:w="3969"/>
          </w:tcPr>
          <w:p>
            <w:pPr>
              <w:bidi/>
              <w:jc w:val="right"/>
            </w:pPr>
            <w:r>
              <w:rPr>
                <w:rFonts w:ascii="Arial" w:hAnsi="Arial" w:cs="Arial" w:eastAsia="Arial"/>
                <w:lang w:val="he-IL" w:bidi="he-IL"/>
                <w:sz w:val="24"/>
                <w:rtl/>
                <w:szCs w:val="24"/>
              </w:rPr>
              <w:t>4. Ctrl + B</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בחירת הכול</w:t>
            </w:r>
          </w:p>
        </w:tc>
      </w:tr>
      <w:tr>
        <w:tc>
          <w:tcPr>
            <w:tcW w:type="dxa" w:w="3969"/>
          </w:tcPr>
          <w:p>
            <w:pPr>
              <w:bidi/>
              <w:jc w:val="right"/>
            </w:pPr>
            <w:r>
              <w:rPr>
                <w:rFonts w:ascii="Arial" w:hAnsi="Arial" w:cs="Arial" w:eastAsia="Arial"/>
                <w:lang w:val="he-IL" w:bidi="he-IL"/>
                <w:sz w:val="24"/>
                <w:rtl/>
                <w:szCs w:val="24"/>
              </w:rPr>
              <w:t>5. Ctrl + E</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יישור לימין</w:t>
            </w:r>
          </w:p>
        </w:tc>
      </w:tr>
      <w:tr>
        <w:tc>
          <w:tcPr>
            <w:tcW w:type="dxa" w:w="3969"/>
          </w:tcPr>
          <w:p>
            <w:pPr>
              <w:bidi/>
              <w:jc w:val="right"/>
            </w:pPr>
            <w:r>
              <w:rPr>
                <w:rFonts w:ascii="Arial" w:hAnsi="Arial" w:cs="Arial" w:eastAsia="Arial"/>
                <w:lang w:val="he-IL" w:bidi="he-IL"/>
                <w:sz w:val="24"/>
                <w:rtl/>
                <w:szCs w:val="24"/>
              </w:rPr>
              <w:t>6. Ctrl + R</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מודגש</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5 · תרגול מסכם וחידון – יישום וחשיבה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אילו שני קיצורים צריך להשתמש כדי לשמור מסמך ואז מיד להדפיס אותו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במילים שלכם מה ההבדל בין הפעולה של Ctrl+Z לבין הפעולה של Ctrl+Y</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תנו דוגמה למצב שבו כדאי להשתמש בקיצור Ctrl+F</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הסבירו את העיקרון הכללי להקלדת ניקוד במקלדת, ותנו דוגמה לניקוד קמץ</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חזרה מסכמת – התאמה כוללת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Ctrl + C</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ביטול פעולה</w:t>
            </w:r>
          </w:p>
        </w:tc>
      </w:tr>
      <w:tr>
        <w:tc>
          <w:tcPr>
            <w:tcW w:type="dxa" w:w="3969"/>
          </w:tcPr>
          <w:p>
            <w:pPr>
              <w:bidi/>
              <w:jc w:val="right"/>
            </w:pPr>
            <w:r>
              <w:rPr>
                <w:rFonts w:ascii="Arial" w:hAnsi="Arial" w:cs="Arial" w:eastAsia="Arial"/>
                <w:lang w:val="he-IL" w:bidi="he-IL"/>
                <w:sz w:val="24"/>
                <w:rtl/>
                <w:szCs w:val="24"/>
              </w:rPr>
              <w:t>2. Ctrl + Z</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קו תחתון</w:t>
            </w:r>
          </w:p>
        </w:tc>
      </w:tr>
      <w:tr>
        <w:tc>
          <w:tcPr>
            <w:tcW w:type="dxa" w:w="3969"/>
          </w:tcPr>
          <w:p>
            <w:pPr>
              <w:bidi/>
              <w:jc w:val="right"/>
            </w:pPr>
            <w:r>
              <w:rPr>
                <w:rFonts w:ascii="Arial" w:hAnsi="Arial" w:cs="Arial" w:eastAsia="Arial"/>
                <w:lang w:val="he-IL" w:bidi="he-IL"/>
                <w:sz w:val="24"/>
                <w:rtl/>
                <w:szCs w:val="24"/>
              </w:rPr>
              <w:t>3. Ctrl + B</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העתקה</w:t>
            </w:r>
          </w:p>
        </w:tc>
      </w:tr>
      <w:tr>
        <w:tc>
          <w:tcPr>
            <w:tcW w:type="dxa" w:w="3969"/>
          </w:tcPr>
          <w:p>
            <w:pPr>
              <w:bidi/>
              <w:jc w:val="right"/>
            </w:pPr>
            <w:r>
              <w:rPr>
                <w:rFonts w:ascii="Arial" w:hAnsi="Arial" w:cs="Arial" w:eastAsia="Arial"/>
                <w:lang w:val="he-IL" w:bidi="he-IL"/>
                <w:sz w:val="24"/>
                <w:rtl/>
                <w:szCs w:val="24"/>
              </w:rPr>
              <w:t>4. Ctrl + U</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חיפוש</w:t>
            </w:r>
          </w:p>
        </w:tc>
      </w:tr>
      <w:tr>
        <w:tc>
          <w:tcPr>
            <w:tcW w:type="dxa" w:w="3969"/>
          </w:tcPr>
          <w:p>
            <w:pPr>
              <w:bidi/>
              <w:jc w:val="right"/>
            </w:pPr>
            <w:r>
              <w:rPr>
                <w:rFonts w:ascii="Arial" w:hAnsi="Arial" w:cs="Arial" w:eastAsia="Arial"/>
                <w:lang w:val="he-IL" w:bidi="he-IL"/>
                <w:sz w:val="24"/>
                <w:rtl/>
                <w:szCs w:val="24"/>
              </w:rPr>
              <w:t>5. Alt + Tab</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מודגש</w:t>
            </w:r>
          </w:p>
        </w:tc>
      </w:tr>
      <w:tr>
        <w:tc>
          <w:tcPr>
            <w:tcW w:type="dxa" w:w="3969"/>
          </w:tcPr>
          <w:p>
            <w:pPr>
              <w:bidi/>
              <w:jc w:val="right"/>
            </w:pPr>
            <w:r>
              <w:rPr>
                <w:rFonts w:ascii="Arial" w:hAnsi="Arial" w:cs="Arial" w:eastAsia="Arial"/>
                <w:lang w:val="he-IL" w:bidi="he-IL"/>
                <w:sz w:val="24"/>
                <w:rtl/>
                <w:szCs w:val="24"/>
              </w:rPr>
              <w:t>6. Ctrl + F</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מעבר בין חלונות</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20  חלק כ׳ – חזרה מסכמת – שאלות אמריקאיות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איזה קיצור פותח חלון הדפסה?</w:t>
      </w:r>
    </w:p>
    <w:p>
      <w:pPr>
        <w:bidi/>
        <w:spacing w:after="20"/>
        <w:jc w:val="right"/>
      </w:pPr>
      <w:r>
        <w:rPr>
          <w:rFonts w:ascii="Arial" w:hAnsi="Arial" w:cs="Arial" w:eastAsia="Arial"/>
          <w:lang w:val="he-IL" w:bidi="he-IL"/>
          <w:sz w:val="24"/>
          <w:rtl/>
          <w:szCs w:val="24"/>
        </w:rPr>
        <w:t xml:space="preserve">      ☐ א. Ctrl + P</w:t>
      </w:r>
    </w:p>
    <w:p>
      <w:pPr>
        <w:bidi/>
        <w:spacing w:after="20"/>
        <w:jc w:val="right"/>
      </w:pPr>
      <w:r>
        <w:rPr>
          <w:rFonts w:ascii="Arial" w:hAnsi="Arial" w:cs="Arial" w:eastAsia="Arial"/>
          <w:lang w:val="he-IL" w:bidi="he-IL"/>
          <w:sz w:val="24"/>
          <w:rtl/>
          <w:szCs w:val="24"/>
        </w:rPr>
        <w:t xml:space="preserve">      ☐ ב. Ctrl + N</w:t>
      </w:r>
    </w:p>
    <w:p>
      <w:pPr>
        <w:bidi/>
        <w:spacing w:after="20"/>
        <w:jc w:val="right"/>
      </w:pPr>
      <w:r>
        <w:rPr>
          <w:rFonts w:ascii="Arial" w:hAnsi="Arial" w:cs="Arial" w:eastAsia="Arial"/>
          <w:lang w:val="he-IL" w:bidi="he-IL"/>
          <w:sz w:val="24"/>
          <w:rtl/>
          <w:szCs w:val="24"/>
        </w:rPr>
        <w:t xml:space="preserve">      ☐ ג. Ctrl + O</w:t>
      </w:r>
    </w:p>
    <w:p>
      <w:pPr>
        <w:bidi/>
        <w:spacing w:after="20"/>
        <w:jc w:val="right"/>
      </w:pPr>
      <w:r>
        <w:rPr>
          <w:rFonts w:ascii="Arial" w:hAnsi="Arial" w:cs="Arial" w:eastAsia="Arial"/>
          <w:lang w:val="he-IL" w:bidi="he-IL"/>
          <w:sz w:val="24"/>
          <w:rtl/>
          <w:szCs w:val="24"/>
        </w:rPr>
        <w:t xml:space="preserve">      ☐ ד. Ctrl + S</w:t>
      </w:r>
    </w:p>
    <w:p>
      <w:pPr>
        <w:bidi/>
        <w:spacing w:after="20"/>
        <w:jc w:val="right"/>
      </w:pPr>
      <w:r>
        <w:rPr>
          <w:rFonts w:ascii="Arial" w:hAnsi="Arial" w:cs="Arial" w:eastAsia="Arial"/>
          <w:lang w:val="he-IL" w:bidi="he-IL"/>
          <w:b/>
          <w:sz w:val="24"/>
          <w:rtl/>
          <w:szCs w:val="24"/>
          <w:bCs/>
        </w:rPr>
        <w:t>2. מה עושה Ctrl + A?</w:t>
      </w:r>
    </w:p>
    <w:p>
      <w:pPr>
        <w:bidi/>
        <w:spacing w:after="20"/>
        <w:jc w:val="right"/>
      </w:pPr>
      <w:r>
        <w:rPr>
          <w:rFonts w:ascii="Arial" w:hAnsi="Arial" w:cs="Arial" w:eastAsia="Arial"/>
          <w:lang w:val="he-IL" w:bidi="he-IL"/>
          <w:sz w:val="24"/>
          <w:rtl/>
          <w:szCs w:val="24"/>
        </w:rPr>
        <w:t xml:space="preserve">      ☐ א. שמירה</w:t>
      </w:r>
    </w:p>
    <w:p>
      <w:pPr>
        <w:bidi/>
        <w:spacing w:after="20"/>
        <w:jc w:val="right"/>
      </w:pPr>
      <w:r>
        <w:rPr>
          <w:rFonts w:ascii="Arial" w:hAnsi="Arial" w:cs="Arial" w:eastAsia="Arial"/>
          <w:lang w:val="he-IL" w:bidi="he-IL"/>
          <w:sz w:val="24"/>
          <w:rtl/>
          <w:szCs w:val="24"/>
        </w:rPr>
        <w:t xml:space="preserve">      ☐ ב. בחירת הכול</w:t>
      </w:r>
    </w:p>
    <w:p>
      <w:pPr>
        <w:bidi/>
        <w:spacing w:after="20"/>
        <w:jc w:val="right"/>
      </w:pPr>
      <w:r>
        <w:rPr>
          <w:rFonts w:ascii="Arial" w:hAnsi="Arial" w:cs="Arial" w:eastAsia="Arial"/>
          <w:lang w:val="he-IL" w:bidi="he-IL"/>
          <w:sz w:val="24"/>
          <w:rtl/>
          <w:szCs w:val="24"/>
        </w:rPr>
        <w:t xml:space="preserve">      ☐ ג. הדבקה</w:t>
      </w:r>
    </w:p>
    <w:p>
      <w:pPr>
        <w:bidi/>
        <w:spacing w:after="20"/>
        <w:jc w:val="right"/>
      </w:pPr>
      <w:r>
        <w:rPr>
          <w:rFonts w:ascii="Arial" w:hAnsi="Arial" w:cs="Arial" w:eastAsia="Arial"/>
          <w:lang w:val="he-IL" w:bidi="he-IL"/>
          <w:sz w:val="24"/>
          <w:rtl/>
          <w:szCs w:val="24"/>
        </w:rPr>
        <w:t xml:space="preserve">      ☐ ד. גזירה</w:t>
      </w:r>
    </w:p>
    <w:p>
      <w:pPr>
        <w:bidi/>
        <w:spacing w:after="20"/>
        <w:jc w:val="right"/>
      </w:pPr>
      <w:r>
        <w:rPr>
          <w:rFonts w:ascii="Arial" w:hAnsi="Arial" w:cs="Arial" w:eastAsia="Arial"/>
          <w:lang w:val="he-IL" w:bidi="he-IL"/>
          <w:b/>
          <w:sz w:val="24"/>
          <w:rtl/>
          <w:szCs w:val="24"/>
          <w:bCs/>
        </w:rPr>
        <w:t>3. איזה קיצור מיישר פסקה לימין במעבד תמלילים?</w:t>
      </w:r>
    </w:p>
    <w:p>
      <w:pPr>
        <w:bidi/>
        <w:spacing w:after="20"/>
        <w:jc w:val="right"/>
      </w:pPr>
      <w:r>
        <w:rPr>
          <w:rFonts w:ascii="Arial" w:hAnsi="Arial" w:cs="Arial" w:eastAsia="Arial"/>
          <w:lang w:val="he-IL" w:bidi="he-IL"/>
          <w:sz w:val="24"/>
          <w:rtl/>
          <w:szCs w:val="24"/>
        </w:rPr>
        <w:t xml:space="preserve">      ☐ א. Ctrl + L</w:t>
      </w:r>
    </w:p>
    <w:p>
      <w:pPr>
        <w:bidi/>
        <w:spacing w:after="20"/>
        <w:jc w:val="right"/>
      </w:pPr>
      <w:r>
        <w:rPr>
          <w:rFonts w:ascii="Arial" w:hAnsi="Arial" w:cs="Arial" w:eastAsia="Arial"/>
          <w:lang w:val="he-IL" w:bidi="he-IL"/>
          <w:sz w:val="24"/>
          <w:rtl/>
          <w:szCs w:val="24"/>
        </w:rPr>
        <w:t xml:space="preserve">      ☐ ב. Ctrl + E</w:t>
      </w:r>
    </w:p>
    <w:p>
      <w:pPr>
        <w:bidi/>
        <w:spacing w:after="20"/>
        <w:jc w:val="right"/>
      </w:pPr>
      <w:r>
        <w:rPr>
          <w:rFonts w:ascii="Arial" w:hAnsi="Arial" w:cs="Arial" w:eastAsia="Arial"/>
          <w:lang w:val="he-IL" w:bidi="he-IL"/>
          <w:sz w:val="24"/>
          <w:rtl/>
          <w:szCs w:val="24"/>
        </w:rPr>
        <w:t xml:space="preserve">      ☐ ג. Ctrl + R</w:t>
      </w:r>
    </w:p>
    <w:p>
      <w:pPr>
        <w:bidi/>
        <w:spacing w:after="20"/>
        <w:jc w:val="right"/>
      </w:pPr>
      <w:r>
        <w:rPr>
          <w:rFonts w:ascii="Arial" w:hAnsi="Arial" w:cs="Arial" w:eastAsia="Arial"/>
          <w:lang w:val="he-IL" w:bidi="he-IL"/>
          <w:sz w:val="24"/>
          <w:rtl/>
          <w:szCs w:val="24"/>
        </w:rPr>
        <w:t xml:space="preserve">      ☐ ד. Ctrl + I</w:t>
      </w:r>
    </w:p>
    <w:p>
      <w:pPr>
        <w:bidi/>
        <w:spacing w:after="20"/>
        <w:jc w:val="right"/>
      </w:pPr>
      <w:r>
        <w:rPr>
          <w:rFonts w:ascii="Arial" w:hAnsi="Arial" w:cs="Arial" w:eastAsia="Arial"/>
          <w:lang w:val="he-IL" w:bidi="he-IL"/>
          <w:b/>
          <w:sz w:val="24"/>
          <w:rtl/>
          <w:szCs w:val="24"/>
          <w:bCs/>
        </w:rPr>
        <w:t>4. כדי לנקד פתח צריך להקליד:</w:t>
      </w:r>
    </w:p>
    <w:p>
      <w:pPr>
        <w:bidi/>
        <w:spacing w:after="20"/>
        <w:jc w:val="right"/>
      </w:pPr>
      <w:r>
        <w:rPr>
          <w:rFonts w:ascii="Arial" w:hAnsi="Arial" w:cs="Arial" w:eastAsia="Arial"/>
          <w:lang w:val="he-IL" w:bidi="he-IL"/>
          <w:sz w:val="24"/>
          <w:rtl/>
          <w:szCs w:val="24"/>
        </w:rPr>
        <w:t xml:space="preserve">      ☐ א. Alt ימני + פ</w:t>
      </w:r>
    </w:p>
    <w:p>
      <w:pPr>
        <w:bidi/>
        <w:spacing w:after="20"/>
        <w:jc w:val="right"/>
      </w:pPr>
      <w:r>
        <w:rPr>
          <w:rFonts w:ascii="Arial" w:hAnsi="Arial" w:cs="Arial" w:eastAsia="Arial"/>
          <w:lang w:val="he-IL" w:bidi="he-IL"/>
          <w:sz w:val="24"/>
          <w:rtl/>
          <w:szCs w:val="24"/>
        </w:rPr>
        <w:t xml:space="preserve">      ☐ ב. Alt שמאלי + פ</w:t>
      </w:r>
    </w:p>
    <w:p>
      <w:pPr>
        <w:bidi/>
        <w:spacing w:after="20"/>
        <w:jc w:val="right"/>
      </w:pPr>
      <w:r>
        <w:rPr>
          <w:rFonts w:ascii="Arial" w:hAnsi="Arial" w:cs="Arial" w:eastAsia="Arial"/>
          <w:lang w:val="he-IL" w:bidi="he-IL"/>
          <w:sz w:val="24"/>
          <w:rtl/>
          <w:szCs w:val="24"/>
        </w:rPr>
        <w:t xml:space="preserve">      ☐ ג. Ctrl + פ</w:t>
      </w:r>
    </w:p>
    <w:p>
      <w:pPr>
        <w:bidi/>
        <w:spacing w:after="20"/>
        <w:jc w:val="right"/>
      </w:pPr>
      <w:r>
        <w:rPr>
          <w:rFonts w:ascii="Arial" w:hAnsi="Arial" w:cs="Arial" w:eastAsia="Arial"/>
          <w:lang w:val="he-IL" w:bidi="he-IL"/>
          <w:sz w:val="24"/>
          <w:rtl/>
          <w:szCs w:val="24"/>
        </w:rPr>
        <w:t xml:space="preserve">      ☐ ד. Alt ימני + ק</w:t>
      </w:r>
    </w:p>
    <w:p>
      <w:pPr>
        <w:bidi/>
        <w:spacing w:after="20"/>
        <w:jc w:val="right"/>
      </w:pPr>
      <w:r>
        <w:rPr>
          <w:rFonts w:ascii="Arial" w:hAnsi="Arial" w:cs="Arial" w:eastAsia="Arial"/>
          <w:lang w:val="he-IL" w:bidi="he-IL"/>
          <w:b/>
          <w:sz w:val="24"/>
          <w:rtl/>
          <w:szCs w:val="24"/>
          <w:bCs/>
        </w:rPr>
        <w:t>5. מה ההבדל בין Ctrl+R בדפדפן לבין במעבד תמלילים?</w:t>
      </w:r>
    </w:p>
    <w:p>
      <w:pPr>
        <w:bidi/>
        <w:spacing w:after="20"/>
        <w:jc w:val="right"/>
      </w:pPr>
      <w:r>
        <w:rPr>
          <w:rFonts w:ascii="Arial" w:hAnsi="Arial" w:cs="Arial" w:eastAsia="Arial"/>
          <w:lang w:val="he-IL" w:bidi="he-IL"/>
          <w:sz w:val="24"/>
          <w:rtl/>
          <w:szCs w:val="24"/>
        </w:rPr>
        <w:t xml:space="preserve">      ☐ א. אין הבדל</w:t>
      </w:r>
    </w:p>
    <w:p>
      <w:pPr>
        <w:bidi/>
        <w:spacing w:after="20"/>
        <w:jc w:val="right"/>
      </w:pPr>
      <w:r>
        <w:rPr>
          <w:rFonts w:ascii="Arial" w:hAnsi="Arial" w:cs="Arial" w:eastAsia="Arial"/>
          <w:lang w:val="he-IL" w:bidi="he-IL"/>
          <w:sz w:val="24"/>
          <w:rtl/>
          <w:szCs w:val="24"/>
        </w:rPr>
        <w:t xml:space="preserve">      ☐ ב. בדפדפן זה מרענן את הדף, במעבד תמלילים זה מיישר לימין</w:t>
      </w:r>
    </w:p>
    <w:p>
      <w:pPr>
        <w:bidi/>
        <w:spacing w:after="20"/>
        <w:jc w:val="right"/>
      </w:pPr>
      <w:r>
        <w:rPr>
          <w:rFonts w:ascii="Arial" w:hAnsi="Arial" w:cs="Arial" w:eastAsia="Arial"/>
          <w:lang w:val="he-IL" w:bidi="he-IL"/>
          <w:sz w:val="24"/>
          <w:rtl/>
          <w:szCs w:val="24"/>
        </w:rPr>
        <w:t xml:space="preserve">      ☐ ג. בדפדפן זה סוגר חלון</w:t>
      </w:r>
    </w:p>
    <w:p>
      <w:pPr>
        <w:bidi/>
        <w:spacing w:after="20"/>
        <w:jc w:val="right"/>
      </w:pPr>
      <w:r>
        <w:rPr>
          <w:rFonts w:ascii="Arial" w:hAnsi="Arial" w:cs="Arial" w:eastAsia="Arial"/>
          <w:lang w:val="he-IL" w:bidi="he-IL"/>
          <w:sz w:val="24"/>
          <w:rtl/>
          <w:szCs w:val="24"/>
        </w:rPr>
        <w:t xml:space="preserve">      ☐ ד. בדפדפן זה פותח חיפוש</w:t>
      </w:r>
    </w:p>
    <w:p>
      <w:pPr>
        <w:bidi/>
        <w:spacing w:after="20"/>
        <w:jc w:val="right"/>
      </w:pPr>
      <w:r>
        <w:rPr>
          <w:rFonts w:ascii="Arial" w:hAnsi="Arial" w:cs="Arial" w:eastAsia="Arial"/>
          <w:lang w:val="he-IL" w:bidi="he-IL"/>
          <w:b/>
          <w:sz w:val="24"/>
          <w:rtl/>
          <w:szCs w:val="24"/>
          <w:bCs/>
        </w:rPr>
        <w:t>6. איזו תוכנה הופכת לקיצור הדגשת שין (שׁ) במקלדת?</w:t>
      </w:r>
    </w:p>
    <w:p>
      <w:pPr>
        <w:bidi/>
        <w:spacing w:after="20"/>
        <w:jc w:val="right"/>
      </w:pPr>
      <w:r>
        <w:rPr>
          <w:rFonts w:ascii="Arial" w:hAnsi="Arial" w:cs="Arial" w:eastAsia="Arial"/>
          <w:lang w:val="he-IL" w:bidi="he-IL"/>
          <w:sz w:val="24"/>
          <w:rtl/>
          <w:szCs w:val="24"/>
        </w:rPr>
        <w:t xml:space="preserve">      ☐ א. Alt ימני + W</w:t>
      </w:r>
    </w:p>
    <w:p>
      <w:pPr>
        <w:bidi/>
        <w:spacing w:after="20"/>
        <w:jc w:val="right"/>
      </w:pPr>
      <w:r>
        <w:rPr>
          <w:rFonts w:ascii="Arial" w:hAnsi="Arial" w:cs="Arial" w:eastAsia="Arial"/>
          <w:lang w:val="he-IL" w:bidi="he-IL"/>
          <w:sz w:val="24"/>
          <w:rtl/>
          <w:szCs w:val="24"/>
        </w:rPr>
        <w:t xml:space="preserve">      ☐ ב. Alt ימני + Q</w:t>
      </w:r>
    </w:p>
    <w:p>
      <w:pPr>
        <w:bidi/>
        <w:spacing w:after="20"/>
        <w:jc w:val="right"/>
      </w:pPr>
      <w:r>
        <w:rPr>
          <w:rFonts w:ascii="Arial" w:hAnsi="Arial" w:cs="Arial" w:eastAsia="Arial"/>
          <w:lang w:val="he-IL" w:bidi="he-IL"/>
          <w:sz w:val="24"/>
          <w:rtl/>
          <w:szCs w:val="24"/>
        </w:rPr>
        <w:t xml:space="preserve">      ☐ ג. Alt ימני + S</w:t>
      </w:r>
    </w:p>
    <w:p>
      <w:pPr>
        <w:bidi/>
        <w:spacing w:after="20"/>
        <w:jc w:val="right"/>
      </w:pPr>
      <w:r>
        <w:rPr>
          <w:rFonts w:ascii="Arial" w:hAnsi="Arial" w:cs="Arial" w:eastAsia="Arial"/>
          <w:lang w:val="he-IL" w:bidi="he-IL"/>
          <w:sz w:val="24"/>
          <w:rtl/>
          <w:szCs w:val="24"/>
        </w:rPr>
        <w:t xml:space="preserve">      ☐ ד. Alt ימני + X</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אני יודע/ת לפחות 8 קיצורים לעבודה עם קבצים וטקסט בעל פה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אני יודע/ת להסביר את ההבדל בין קיצור בדפדפן לבין אותו קיצור בתוכנת כתיבה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אני הצלחתי להקליד לפחות שלוש מילים עם ניקוד באמצעות Alt ימני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קיצורי מקלדת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